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28835D" w14:textId="77777777" w:rsidR="00A21EE6" w:rsidRDefault="00A21EE6" w:rsidP="00A21EE6">
      <w:pPr>
        <w:framePr w:hSpace="180" w:wrap="around" w:hAnchor="margin" w:xAlign="right" w:y="-781"/>
        <w:jc w:val="center"/>
        <w:rPr>
          <w:rFonts w:ascii="Times New Roman" w:hAnsi="Times New Roman" w:cs="Times New Roman"/>
          <w:b/>
          <w:sz w:val="38"/>
          <w:szCs w:val="28"/>
        </w:rPr>
      </w:pPr>
    </w:p>
    <w:p w14:paraId="444426A1" w14:textId="77777777" w:rsidR="009B7194" w:rsidRDefault="009B7194" w:rsidP="00A7167B">
      <w:pPr>
        <w:framePr w:w="9275" w:hSpace="180" w:wrap="around" w:vAnchor="page" w:hAnchor="page" w:x="1553" w:y="69"/>
        <w:spacing w:after="0"/>
        <w:jc w:val="center"/>
        <w:rPr>
          <w:rFonts w:ascii="Times New Roman" w:hAnsi="Times New Roman" w:cs="Times New Roman"/>
          <w:b/>
          <w:sz w:val="44"/>
          <w:szCs w:val="34"/>
        </w:rPr>
      </w:pPr>
    </w:p>
    <w:p w14:paraId="058ACFE7" w14:textId="77777777" w:rsidR="00A21EE6" w:rsidRDefault="009B7194" w:rsidP="00A7167B">
      <w:pPr>
        <w:framePr w:w="9275" w:hSpace="180" w:wrap="around" w:vAnchor="page" w:hAnchor="page" w:x="1553" w:y="69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7194">
        <w:rPr>
          <w:rFonts w:ascii="Times New Roman" w:hAnsi="Times New Roman" w:cs="Times New Roman"/>
          <w:b/>
          <w:sz w:val="44"/>
          <w:szCs w:val="34"/>
        </w:rPr>
        <w:t>ADARSH VIDHYA MANDIR</w:t>
      </w:r>
      <w:r w:rsidR="009156B8" w:rsidRPr="009B7194">
        <w:rPr>
          <w:rFonts w:ascii="Times New Roman" w:hAnsi="Times New Roman" w:cs="Times New Roman"/>
          <w:b/>
          <w:sz w:val="44"/>
          <w:szCs w:val="34"/>
        </w:rPr>
        <w:br/>
      </w:r>
      <w:r w:rsidR="00A21EE6" w:rsidRPr="00480346">
        <w:rPr>
          <w:rFonts w:ascii="Times New Roman" w:hAnsi="Times New Roman" w:cs="Times New Roman"/>
          <w:b/>
          <w:sz w:val="28"/>
          <w:szCs w:val="28"/>
        </w:rPr>
        <w:t>A Co-Educational English Medium School, Affiliated to CBSE, New Delhi</w:t>
      </w:r>
    </w:p>
    <w:p w14:paraId="39567A21" w14:textId="77777777" w:rsidR="00A21EE6" w:rsidRDefault="00A21EE6" w:rsidP="00A7167B">
      <w:pPr>
        <w:framePr w:w="9275" w:hSpace="180" w:wrap="around" w:vAnchor="page" w:hAnchor="page" w:x="1553" w:y="69"/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Ram Gali No. 5, Rajapark, Jaipur – 302004</w:t>
      </w:r>
    </w:p>
    <w:p w14:paraId="45981A15" w14:textId="77777777" w:rsidR="009B7194" w:rsidRDefault="009B7194" w:rsidP="00A7167B">
      <w:pPr>
        <w:framePr w:w="9275" w:hSpace="180" w:wrap="around" w:vAnchor="page" w:hAnchor="page" w:x="1553" w:y="69"/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14:paraId="772D6627" w14:textId="77777777" w:rsidR="00A21EE6" w:rsidRPr="009B7194" w:rsidRDefault="00A21EE6" w:rsidP="00A7167B">
      <w:pPr>
        <w:framePr w:w="9275" w:hSpace="180" w:wrap="around" w:vAnchor="page" w:hAnchor="page" w:x="1553" w:y="69"/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A127F3">
        <w:rPr>
          <w:rFonts w:ascii="Times New Roman" w:hAnsi="Times New Roman" w:cs="Times New Roman"/>
          <w:b/>
          <w:sz w:val="32"/>
          <w:szCs w:val="28"/>
        </w:rPr>
        <w:t>List of Books – Session 2026-2027</w:t>
      </w:r>
    </w:p>
    <w:p w14:paraId="23B4CDCC" w14:textId="77777777" w:rsidR="009B7194" w:rsidRPr="009B7194" w:rsidRDefault="009B7194" w:rsidP="00A21EE6">
      <w:pPr>
        <w:spacing w:after="0"/>
        <w:rPr>
          <w:rFonts w:ascii="Times New Roman" w:hAnsi="Times New Roman" w:cs="Times New Roman"/>
          <w:b/>
          <w:sz w:val="12"/>
          <w:szCs w:val="8"/>
        </w:rPr>
      </w:pPr>
    </w:p>
    <w:p w14:paraId="6A47C6AD" w14:textId="0E23D192" w:rsidR="00A21EE6" w:rsidRPr="00A127F3" w:rsidRDefault="00B42D1A" w:rsidP="00A21EE6">
      <w:pPr>
        <w:spacing w:after="0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="00A21EE6">
        <w:rPr>
          <w:rFonts w:ascii="Times New Roman" w:hAnsi="Times New Roman" w:cs="Times New Roman"/>
          <w:b/>
          <w:sz w:val="32"/>
          <w:szCs w:val="28"/>
        </w:rPr>
        <w:tab/>
      </w:r>
      <w:r w:rsidR="00A21EE6">
        <w:rPr>
          <w:rFonts w:ascii="Times New Roman" w:hAnsi="Times New Roman" w:cs="Times New Roman"/>
          <w:b/>
          <w:sz w:val="32"/>
          <w:szCs w:val="28"/>
        </w:rPr>
        <w:tab/>
      </w:r>
      <w:r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="00096B13">
        <w:rPr>
          <w:rFonts w:ascii="Times New Roman" w:hAnsi="Times New Roman" w:cs="Times New Roman"/>
          <w:b/>
          <w:sz w:val="32"/>
          <w:szCs w:val="28"/>
        </w:rPr>
        <w:t xml:space="preserve">                    </w:t>
      </w:r>
      <w:r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="00A21EE6">
        <w:rPr>
          <w:rFonts w:ascii="Times New Roman" w:hAnsi="Times New Roman" w:cs="Times New Roman"/>
          <w:b/>
          <w:sz w:val="32"/>
          <w:szCs w:val="28"/>
        </w:rPr>
        <w:t>Class - Nursery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12"/>
        <w:gridCol w:w="3574"/>
        <w:gridCol w:w="3844"/>
      </w:tblGrid>
      <w:tr w:rsidR="003949BD" w14:paraId="3C301D03" w14:textId="77777777" w:rsidTr="003949BD">
        <w:trPr>
          <w:trHeight w:val="255"/>
          <w:jc w:val="center"/>
        </w:trPr>
        <w:tc>
          <w:tcPr>
            <w:tcW w:w="1227" w:type="dxa"/>
            <w:vAlign w:val="center"/>
          </w:tcPr>
          <w:p w14:paraId="5E9DC432" w14:textId="77777777" w:rsidR="003949BD" w:rsidRPr="003949BD" w:rsidRDefault="003949BD" w:rsidP="00A21EE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b/>
                <w:sz w:val="26"/>
                <w:szCs w:val="26"/>
              </w:rPr>
              <w:t>S. No.</w:t>
            </w:r>
          </w:p>
        </w:tc>
        <w:tc>
          <w:tcPr>
            <w:tcW w:w="3625" w:type="dxa"/>
            <w:vAlign w:val="center"/>
          </w:tcPr>
          <w:p w14:paraId="657C9AD6" w14:textId="77777777" w:rsidR="003949BD" w:rsidRPr="003949BD" w:rsidRDefault="003949BD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b/>
                <w:sz w:val="26"/>
                <w:szCs w:val="26"/>
              </w:rPr>
              <w:t>Subject</w:t>
            </w:r>
          </w:p>
        </w:tc>
        <w:tc>
          <w:tcPr>
            <w:tcW w:w="3901" w:type="dxa"/>
            <w:vAlign w:val="center"/>
          </w:tcPr>
          <w:p w14:paraId="784CFA6D" w14:textId="3EE817B4" w:rsidR="003949BD" w:rsidRPr="003949BD" w:rsidRDefault="003949BD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Name of the Book </w:t>
            </w:r>
          </w:p>
        </w:tc>
      </w:tr>
      <w:tr w:rsidR="003949BD" w14:paraId="29FC2E63" w14:textId="77777777" w:rsidTr="003949BD">
        <w:trPr>
          <w:trHeight w:val="255"/>
          <w:jc w:val="center"/>
        </w:trPr>
        <w:tc>
          <w:tcPr>
            <w:tcW w:w="1227" w:type="dxa"/>
            <w:vMerge w:val="restart"/>
            <w:vAlign w:val="center"/>
          </w:tcPr>
          <w:p w14:paraId="1CD5C7D8" w14:textId="77777777" w:rsidR="003949BD" w:rsidRPr="003949BD" w:rsidRDefault="003949BD" w:rsidP="00A21EE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  <w:p w14:paraId="50607572" w14:textId="77777777" w:rsidR="003949BD" w:rsidRPr="003949BD" w:rsidRDefault="003949BD" w:rsidP="00A21EE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F86774C" w14:textId="77777777" w:rsidR="003949BD" w:rsidRPr="003949BD" w:rsidRDefault="003949BD" w:rsidP="00A21EE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25" w:type="dxa"/>
            <w:vMerge w:val="restart"/>
            <w:vAlign w:val="center"/>
          </w:tcPr>
          <w:p w14:paraId="049B7322" w14:textId="77777777" w:rsidR="003949BD" w:rsidRPr="003949BD" w:rsidRDefault="003949BD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English</w:t>
            </w:r>
          </w:p>
          <w:p w14:paraId="5A9C8EA1" w14:textId="77777777" w:rsidR="003949BD" w:rsidRPr="003949BD" w:rsidRDefault="003949BD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English</w:t>
            </w:r>
          </w:p>
          <w:p w14:paraId="4318A7EE" w14:textId="77777777" w:rsidR="003949BD" w:rsidRPr="003949BD" w:rsidRDefault="003949BD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English</w:t>
            </w:r>
          </w:p>
        </w:tc>
        <w:tc>
          <w:tcPr>
            <w:tcW w:w="3901" w:type="dxa"/>
            <w:vAlign w:val="center"/>
          </w:tcPr>
          <w:p w14:paraId="23EF2F74" w14:textId="77777777" w:rsidR="003949BD" w:rsidRPr="003949BD" w:rsidRDefault="003949BD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Nursery Strokes</w:t>
            </w:r>
          </w:p>
        </w:tc>
      </w:tr>
      <w:tr w:rsidR="003949BD" w14:paraId="0CA9D11B" w14:textId="77777777" w:rsidTr="003949BD">
        <w:trPr>
          <w:trHeight w:val="276"/>
          <w:jc w:val="center"/>
        </w:trPr>
        <w:tc>
          <w:tcPr>
            <w:tcW w:w="1227" w:type="dxa"/>
            <w:vMerge/>
            <w:vAlign w:val="center"/>
          </w:tcPr>
          <w:p w14:paraId="4A8C5D1D" w14:textId="77777777" w:rsidR="003949BD" w:rsidRPr="003949BD" w:rsidRDefault="003949BD" w:rsidP="00A21EE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25" w:type="dxa"/>
            <w:vMerge/>
            <w:vAlign w:val="center"/>
          </w:tcPr>
          <w:p w14:paraId="05DCF083" w14:textId="77777777" w:rsidR="003949BD" w:rsidRPr="003949BD" w:rsidRDefault="003949BD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01" w:type="dxa"/>
            <w:vAlign w:val="center"/>
          </w:tcPr>
          <w:p w14:paraId="0803964E" w14:textId="77777777" w:rsidR="003949BD" w:rsidRPr="003949BD" w:rsidRDefault="003949BD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English I</w:t>
            </w:r>
          </w:p>
        </w:tc>
      </w:tr>
      <w:tr w:rsidR="003949BD" w14:paraId="2CC4BE3A" w14:textId="77777777" w:rsidTr="003949BD">
        <w:trPr>
          <w:trHeight w:val="276"/>
          <w:jc w:val="center"/>
        </w:trPr>
        <w:tc>
          <w:tcPr>
            <w:tcW w:w="1227" w:type="dxa"/>
            <w:vMerge/>
            <w:vAlign w:val="center"/>
          </w:tcPr>
          <w:p w14:paraId="69C7B712" w14:textId="77777777" w:rsidR="003949BD" w:rsidRPr="003949BD" w:rsidRDefault="003949BD" w:rsidP="00A21EE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25" w:type="dxa"/>
            <w:vMerge/>
            <w:vAlign w:val="center"/>
          </w:tcPr>
          <w:p w14:paraId="2DC72B92" w14:textId="77777777" w:rsidR="003949BD" w:rsidRPr="003949BD" w:rsidRDefault="003949BD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01" w:type="dxa"/>
            <w:vAlign w:val="center"/>
          </w:tcPr>
          <w:p w14:paraId="4CDF4772" w14:textId="77777777" w:rsidR="003949BD" w:rsidRPr="003949BD" w:rsidRDefault="003949BD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English II</w:t>
            </w:r>
          </w:p>
        </w:tc>
      </w:tr>
      <w:tr w:rsidR="003949BD" w14:paraId="5E9DF938" w14:textId="77777777" w:rsidTr="003949BD">
        <w:trPr>
          <w:trHeight w:val="255"/>
          <w:jc w:val="center"/>
        </w:trPr>
        <w:tc>
          <w:tcPr>
            <w:tcW w:w="1227" w:type="dxa"/>
            <w:vMerge w:val="restart"/>
            <w:vAlign w:val="center"/>
          </w:tcPr>
          <w:p w14:paraId="12C27A6F" w14:textId="77777777" w:rsidR="003949BD" w:rsidRPr="003949BD" w:rsidRDefault="003949BD" w:rsidP="00A21EE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625" w:type="dxa"/>
            <w:vMerge w:val="restart"/>
            <w:vAlign w:val="center"/>
          </w:tcPr>
          <w:p w14:paraId="49DFB31D" w14:textId="77777777" w:rsidR="003949BD" w:rsidRPr="003949BD" w:rsidRDefault="003949BD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Hindi</w:t>
            </w:r>
          </w:p>
          <w:p w14:paraId="25E7419E" w14:textId="77777777" w:rsidR="003949BD" w:rsidRPr="003949BD" w:rsidRDefault="003949BD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Hindi</w:t>
            </w:r>
          </w:p>
        </w:tc>
        <w:tc>
          <w:tcPr>
            <w:tcW w:w="3901" w:type="dxa"/>
            <w:vAlign w:val="center"/>
          </w:tcPr>
          <w:p w14:paraId="33CD1B52" w14:textId="77777777" w:rsidR="003949BD" w:rsidRPr="003949BD" w:rsidRDefault="003949BD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Hindi I</w:t>
            </w:r>
          </w:p>
        </w:tc>
      </w:tr>
      <w:tr w:rsidR="003949BD" w14:paraId="6FD3137B" w14:textId="77777777" w:rsidTr="003949BD">
        <w:trPr>
          <w:trHeight w:val="276"/>
          <w:jc w:val="center"/>
        </w:trPr>
        <w:tc>
          <w:tcPr>
            <w:tcW w:w="1227" w:type="dxa"/>
            <w:vMerge/>
            <w:vAlign w:val="center"/>
          </w:tcPr>
          <w:p w14:paraId="6D6ED0C7" w14:textId="77777777" w:rsidR="003949BD" w:rsidRPr="003949BD" w:rsidRDefault="003949BD" w:rsidP="00A21EE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25" w:type="dxa"/>
            <w:vMerge/>
            <w:vAlign w:val="center"/>
          </w:tcPr>
          <w:p w14:paraId="4F4C50A9" w14:textId="77777777" w:rsidR="003949BD" w:rsidRPr="003949BD" w:rsidRDefault="003949BD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01" w:type="dxa"/>
            <w:vAlign w:val="center"/>
          </w:tcPr>
          <w:p w14:paraId="3DBF52AA" w14:textId="77777777" w:rsidR="003949BD" w:rsidRPr="003949BD" w:rsidRDefault="003949BD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Hindi II</w:t>
            </w:r>
          </w:p>
        </w:tc>
      </w:tr>
      <w:tr w:rsidR="003949BD" w14:paraId="56120B18" w14:textId="77777777" w:rsidTr="003949BD">
        <w:trPr>
          <w:trHeight w:val="276"/>
          <w:jc w:val="center"/>
        </w:trPr>
        <w:tc>
          <w:tcPr>
            <w:tcW w:w="1227" w:type="dxa"/>
            <w:vMerge w:val="restart"/>
            <w:vAlign w:val="center"/>
          </w:tcPr>
          <w:p w14:paraId="0F9F39B7" w14:textId="77777777" w:rsidR="003949BD" w:rsidRPr="003949BD" w:rsidRDefault="003949BD" w:rsidP="00A21EE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  <w:p w14:paraId="6A75E7D6" w14:textId="77777777" w:rsidR="003949BD" w:rsidRPr="003949BD" w:rsidRDefault="003949BD" w:rsidP="00A21EE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84BEC16" w14:textId="77777777" w:rsidR="003949BD" w:rsidRPr="003949BD" w:rsidRDefault="003949BD" w:rsidP="00A21EE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25" w:type="dxa"/>
            <w:vMerge w:val="restart"/>
            <w:vAlign w:val="center"/>
          </w:tcPr>
          <w:p w14:paraId="23ACDEB0" w14:textId="77777777" w:rsidR="003949BD" w:rsidRPr="003949BD" w:rsidRDefault="003949BD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Maths</w:t>
            </w:r>
          </w:p>
          <w:p w14:paraId="39E7BF7C" w14:textId="77777777" w:rsidR="003949BD" w:rsidRPr="003949BD" w:rsidRDefault="003949BD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Maths</w:t>
            </w:r>
          </w:p>
          <w:p w14:paraId="0AA9BEB5" w14:textId="77777777" w:rsidR="003949BD" w:rsidRPr="003949BD" w:rsidRDefault="003949BD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Maths</w:t>
            </w:r>
          </w:p>
        </w:tc>
        <w:tc>
          <w:tcPr>
            <w:tcW w:w="3901" w:type="dxa"/>
            <w:vAlign w:val="center"/>
          </w:tcPr>
          <w:p w14:paraId="2D05E43F" w14:textId="77777777" w:rsidR="003949BD" w:rsidRPr="003949BD" w:rsidRDefault="003949BD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Maths I</w:t>
            </w:r>
          </w:p>
        </w:tc>
      </w:tr>
      <w:tr w:rsidR="003949BD" w14:paraId="0B1FD007" w14:textId="77777777" w:rsidTr="003949BD">
        <w:trPr>
          <w:trHeight w:val="276"/>
          <w:jc w:val="center"/>
        </w:trPr>
        <w:tc>
          <w:tcPr>
            <w:tcW w:w="1227" w:type="dxa"/>
            <w:vMerge/>
            <w:vAlign w:val="center"/>
          </w:tcPr>
          <w:p w14:paraId="0D407921" w14:textId="77777777" w:rsidR="003949BD" w:rsidRPr="003949BD" w:rsidRDefault="003949BD" w:rsidP="00A21EE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25" w:type="dxa"/>
            <w:vMerge/>
            <w:vAlign w:val="center"/>
          </w:tcPr>
          <w:p w14:paraId="7D739F8E" w14:textId="77777777" w:rsidR="003949BD" w:rsidRPr="003949BD" w:rsidRDefault="003949BD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01" w:type="dxa"/>
            <w:vAlign w:val="center"/>
          </w:tcPr>
          <w:p w14:paraId="57BD101B" w14:textId="77777777" w:rsidR="003949BD" w:rsidRPr="003949BD" w:rsidRDefault="003949BD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Maths II</w:t>
            </w:r>
          </w:p>
        </w:tc>
      </w:tr>
      <w:tr w:rsidR="003949BD" w14:paraId="2C35871C" w14:textId="77777777" w:rsidTr="003949BD">
        <w:trPr>
          <w:trHeight w:val="276"/>
          <w:jc w:val="center"/>
        </w:trPr>
        <w:tc>
          <w:tcPr>
            <w:tcW w:w="1227" w:type="dxa"/>
            <w:vMerge/>
            <w:vAlign w:val="center"/>
          </w:tcPr>
          <w:p w14:paraId="5E7C4574" w14:textId="77777777" w:rsidR="003949BD" w:rsidRPr="003949BD" w:rsidRDefault="003949BD" w:rsidP="00A21EE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625" w:type="dxa"/>
            <w:vMerge/>
            <w:vAlign w:val="center"/>
          </w:tcPr>
          <w:p w14:paraId="608153B9" w14:textId="77777777" w:rsidR="003949BD" w:rsidRPr="003949BD" w:rsidRDefault="003949BD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01" w:type="dxa"/>
            <w:vAlign w:val="center"/>
          </w:tcPr>
          <w:p w14:paraId="5C75BF37" w14:textId="77777777" w:rsidR="003949BD" w:rsidRPr="003949BD" w:rsidRDefault="003949BD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Maths III</w:t>
            </w:r>
          </w:p>
        </w:tc>
      </w:tr>
      <w:tr w:rsidR="003949BD" w14:paraId="6EB20AA8" w14:textId="77777777" w:rsidTr="003949BD">
        <w:trPr>
          <w:trHeight w:val="255"/>
          <w:jc w:val="center"/>
        </w:trPr>
        <w:tc>
          <w:tcPr>
            <w:tcW w:w="1227" w:type="dxa"/>
            <w:vAlign w:val="center"/>
          </w:tcPr>
          <w:p w14:paraId="1C8D06C1" w14:textId="77777777" w:rsidR="003949BD" w:rsidRPr="003949BD" w:rsidRDefault="003949BD" w:rsidP="00A21EE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625" w:type="dxa"/>
            <w:vAlign w:val="center"/>
          </w:tcPr>
          <w:p w14:paraId="6948DBD3" w14:textId="77777777" w:rsidR="003949BD" w:rsidRPr="003949BD" w:rsidRDefault="003949BD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Reading Book</w:t>
            </w:r>
          </w:p>
        </w:tc>
        <w:tc>
          <w:tcPr>
            <w:tcW w:w="3901" w:type="dxa"/>
            <w:vAlign w:val="center"/>
          </w:tcPr>
          <w:p w14:paraId="2B2612F5" w14:textId="77777777" w:rsidR="003949BD" w:rsidRPr="003949BD" w:rsidRDefault="003949BD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All in one</w:t>
            </w:r>
          </w:p>
        </w:tc>
      </w:tr>
      <w:tr w:rsidR="003949BD" w14:paraId="74603D44" w14:textId="77777777" w:rsidTr="003949BD">
        <w:trPr>
          <w:trHeight w:val="255"/>
          <w:jc w:val="center"/>
        </w:trPr>
        <w:tc>
          <w:tcPr>
            <w:tcW w:w="1227" w:type="dxa"/>
            <w:vAlign w:val="center"/>
          </w:tcPr>
          <w:p w14:paraId="3F4FBE13" w14:textId="77777777" w:rsidR="003949BD" w:rsidRPr="003949BD" w:rsidRDefault="003949BD" w:rsidP="00A21EE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625" w:type="dxa"/>
            <w:vAlign w:val="center"/>
          </w:tcPr>
          <w:p w14:paraId="713BC03B" w14:textId="77777777" w:rsidR="003949BD" w:rsidRPr="003949BD" w:rsidRDefault="003949BD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Worksheets</w:t>
            </w:r>
          </w:p>
        </w:tc>
        <w:tc>
          <w:tcPr>
            <w:tcW w:w="3901" w:type="dxa"/>
            <w:vAlign w:val="center"/>
          </w:tcPr>
          <w:p w14:paraId="1C4A95C4" w14:textId="77777777" w:rsidR="003949BD" w:rsidRPr="003949BD" w:rsidRDefault="003949BD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Assessment Test Series Level 1</w:t>
            </w:r>
          </w:p>
        </w:tc>
      </w:tr>
      <w:tr w:rsidR="003949BD" w14:paraId="216204C4" w14:textId="77777777" w:rsidTr="003949BD">
        <w:trPr>
          <w:trHeight w:val="234"/>
          <w:jc w:val="center"/>
        </w:trPr>
        <w:tc>
          <w:tcPr>
            <w:tcW w:w="1227" w:type="dxa"/>
            <w:vAlign w:val="center"/>
          </w:tcPr>
          <w:p w14:paraId="2B1B5B55" w14:textId="77777777" w:rsidR="003949BD" w:rsidRPr="003949BD" w:rsidRDefault="003949BD" w:rsidP="00A21EE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625" w:type="dxa"/>
            <w:vAlign w:val="center"/>
          </w:tcPr>
          <w:p w14:paraId="538B88A5" w14:textId="77777777" w:rsidR="003949BD" w:rsidRPr="003949BD" w:rsidRDefault="003949BD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Drawing</w:t>
            </w:r>
          </w:p>
        </w:tc>
        <w:tc>
          <w:tcPr>
            <w:tcW w:w="3901" w:type="dxa"/>
            <w:vAlign w:val="center"/>
          </w:tcPr>
          <w:p w14:paraId="2B0607B2" w14:textId="77777777" w:rsidR="003949BD" w:rsidRPr="003949BD" w:rsidRDefault="003949BD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Art and Craft</w:t>
            </w:r>
          </w:p>
        </w:tc>
      </w:tr>
    </w:tbl>
    <w:p w14:paraId="485DA985" w14:textId="77777777" w:rsidR="003949BD" w:rsidRDefault="009156B8" w:rsidP="00A127F3">
      <w:pPr>
        <w:spacing w:after="0"/>
        <w:jc w:val="center"/>
        <w:rPr>
          <w:rFonts w:ascii="Times New Roman" w:hAnsi="Times New Roman" w:cs="Times New Roman"/>
          <w:b/>
          <w:sz w:val="26"/>
        </w:rPr>
      </w:pPr>
      <w:r w:rsidRPr="00A127F3">
        <w:rPr>
          <w:rFonts w:ascii="Times New Roman" w:hAnsi="Times New Roman" w:cs="Times New Roman"/>
          <w:b/>
          <w:sz w:val="26"/>
        </w:rPr>
        <w:br/>
      </w:r>
    </w:p>
    <w:p w14:paraId="4C3D36BF" w14:textId="1A52463A" w:rsidR="003949BD" w:rsidRPr="00A21EE6" w:rsidRDefault="00096B13" w:rsidP="00A21EE6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                          </w:t>
      </w:r>
      <w:r w:rsidR="00A7167B">
        <w:rPr>
          <w:rFonts w:ascii="Times New Roman" w:hAnsi="Times New Roman" w:cs="Times New Roman"/>
          <w:b/>
          <w:sz w:val="32"/>
          <w:szCs w:val="28"/>
        </w:rPr>
        <w:t xml:space="preserve">                  </w:t>
      </w:r>
      <w:r w:rsidR="00A21EE6" w:rsidRPr="00A7167B">
        <w:rPr>
          <w:rFonts w:ascii="Times New Roman" w:hAnsi="Times New Roman" w:cs="Times New Roman"/>
          <w:b/>
          <w:sz w:val="32"/>
          <w:szCs w:val="32"/>
        </w:rPr>
        <w:t>Class – K.G.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45"/>
        <w:gridCol w:w="2090"/>
        <w:gridCol w:w="5295"/>
      </w:tblGrid>
      <w:tr w:rsidR="00A21EE6" w:rsidRPr="00A21EE6" w14:paraId="44DCF396" w14:textId="77777777" w:rsidTr="00A21EE6">
        <w:trPr>
          <w:trHeight w:val="561"/>
          <w:jc w:val="center"/>
        </w:trPr>
        <w:tc>
          <w:tcPr>
            <w:tcW w:w="1271" w:type="dxa"/>
            <w:vAlign w:val="center"/>
          </w:tcPr>
          <w:p w14:paraId="636A18A6" w14:textId="77777777" w:rsidR="00A21EE6" w:rsidRPr="00A21EE6" w:rsidRDefault="00A21EE6" w:rsidP="00A21EE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1EE6">
              <w:rPr>
                <w:rFonts w:ascii="Times New Roman" w:hAnsi="Times New Roman" w:cs="Times New Roman"/>
                <w:b/>
                <w:sz w:val="26"/>
                <w:szCs w:val="26"/>
              </w:rPr>
              <w:t>S. No.</w:t>
            </w:r>
          </w:p>
        </w:tc>
        <w:tc>
          <w:tcPr>
            <w:tcW w:w="2117" w:type="dxa"/>
            <w:vAlign w:val="center"/>
          </w:tcPr>
          <w:p w14:paraId="78407B48" w14:textId="77777777" w:rsidR="00A21EE6" w:rsidRPr="00A21EE6" w:rsidRDefault="00A21EE6" w:rsidP="00A21EE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21EE6">
              <w:rPr>
                <w:rFonts w:ascii="Times New Roman" w:hAnsi="Times New Roman" w:cs="Times New Roman"/>
                <w:b/>
                <w:sz w:val="26"/>
                <w:szCs w:val="26"/>
              </w:rPr>
              <w:t>Subject</w:t>
            </w:r>
          </w:p>
        </w:tc>
        <w:tc>
          <w:tcPr>
            <w:tcW w:w="5453" w:type="dxa"/>
            <w:vAlign w:val="center"/>
          </w:tcPr>
          <w:p w14:paraId="5CC67756" w14:textId="563650A7" w:rsidR="00A21EE6" w:rsidRPr="00A21EE6" w:rsidRDefault="00A21EE6" w:rsidP="00A21EE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21EE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Name of the Book </w:t>
            </w:r>
          </w:p>
        </w:tc>
      </w:tr>
      <w:tr w:rsidR="00A21EE6" w:rsidRPr="00A21EE6" w14:paraId="0B41E8AC" w14:textId="77777777" w:rsidTr="00A21EE6">
        <w:trPr>
          <w:trHeight w:val="263"/>
          <w:jc w:val="center"/>
        </w:trPr>
        <w:tc>
          <w:tcPr>
            <w:tcW w:w="1271" w:type="dxa"/>
            <w:vMerge w:val="restart"/>
            <w:vAlign w:val="center"/>
          </w:tcPr>
          <w:p w14:paraId="6B79970F" w14:textId="77777777" w:rsidR="00A21EE6" w:rsidRPr="00A21EE6" w:rsidRDefault="00A21EE6" w:rsidP="00A21EE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1EE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  <w:p w14:paraId="32A504EC" w14:textId="77777777" w:rsidR="00A21EE6" w:rsidRPr="00A21EE6" w:rsidRDefault="00A21EE6" w:rsidP="00A21EE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FBAAFEA" w14:textId="77777777" w:rsidR="00A21EE6" w:rsidRPr="00A21EE6" w:rsidRDefault="00A21EE6" w:rsidP="00A21EE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17" w:type="dxa"/>
            <w:vMerge w:val="restart"/>
            <w:vAlign w:val="center"/>
          </w:tcPr>
          <w:p w14:paraId="37FBB093" w14:textId="77777777" w:rsidR="00A21EE6" w:rsidRPr="00A21EE6" w:rsidRDefault="00A21EE6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21EE6">
              <w:rPr>
                <w:rFonts w:ascii="Times New Roman" w:hAnsi="Times New Roman" w:cs="Times New Roman"/>
                <w:sz w:val="26"/>
                <w:szCs w:val="26"/>
              </w:rPr>
              <w:t>English</w:t>
            </w:r>
          </w:p>
          <w:p w14:paraId="4DB1C7F3" w14:textId="77777777" w:rsidR="00A21EE6" w:rsidRPr="00A21EE6" w:rsidRDefault="00A21EE6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21EE6">
              <w:rPr>
                <w:rFonts w:ascii="Times New Roman" w:hAnsi="Times New Roman" w:cs="Times New Roman"/>
                <w:sz w:val="26"/>
                <w:szCs w:val="26"/>
              </w:rPr>
              <w:t>English</w:t>
            </w:r>
          </w:p>
          <w:p w14:paraId="3850993C" w14:textId="77777777" w:rsidR="00A21EE6" w:rsidRPr="00A21EE6" w:rsidRDefault="00A21EE6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21EE6">
              <w:rPr>
                <w:rFonts w:ascii="Times New Roman" w:hAnsi="Times New Roman" w:cs="Times New Roman"/>
                <w:sz w:val="26"/>
                <w:szCs w:val="26"/>
              </w:rPr>
              <w:t>English</w:t>
            </w:r>
          </w:p>
        </w:tc>
        <w:tc>
          <w:tcPr>
            <w:tcW w:w="5453" w:type="dxa"/>
            <w:vAlign w:val="center"/>
          </w:tcPr>
          <w:p w14:paraId="0713521D" w14:textId="77777777" w:rsidR="00A21EE6" w:rsidRPr="00A21EE6" w:rsidRDefault="00A21EE6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21EE6">
              <w:rPr>
                <w:rFonts w:ascii="Times New Roman" w:hAnsi="Times New Roman" w:cs="Times New Roman"/>
                <w:sz w:val="26"/>
                <w:szCs w:val="26"/>
              </w:rPr>
              <w:t>English I</w:t>
            </w:r>
          </w:p>
        </w:tc>
      </w:tr>
      <w:tr w:rsidR="00A21EE6" w:rsidRPr="00A21EE6" w14:paraId="4A8676C5" w14:textId="77777777" w:rsidTr="00A21EE6">
        <w:trPr>
          <w:trHeight w:val="298"/>
          <w:jc w:val="center"/>
        </w:trPr>
        <w:tc>
          <w:tcPr>
            <w:tcW w:w="1271" w:type="dxa"/>
            <w:vMerge/>
            <w:vAlign w:val="center"/>
          </w:tcPr>
          <w:p w14:paraId="7A87C28E" w14:textId="77777777" w:rsidR="00A21EE6" w:rsidRPr="00A21EE6" w:rsidRDefault="00A21EE6" w:rsidP="00A21EE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17" w:type="dxa"/>
            <w:vMerge/>
            <w:vAlign w:val="center"/>
          </w:tcPr>
          <w:p w14:paraId="453FCB01" w14:textId="77777777" w:rsidR="00A21EE6" w:rsidRPr="00A21EE6" w:rsidRDefault="00A21EE6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53" w:type="dxa"/>
            <w:vAlign w:val="center"/>
          </w:tcPr>
          <w:p w14:paraId="3B5BC44C" w14:textId="77777777" w:rsidR="00A21EE6" w:rsidRPr="00A21EE6" w:rsidRDefault="00A21EE6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21EE6">
              <w:rPr>
                <w:rFonts w:ascii="Times New Roman" w:hAnsi="Times New Roman" w:cs="Times New Roman"/>
                <w:sz w:val="26"/>
                <w:szCs w:val="26"/>
              </w:rPr>
              <w:t>English II</w:t>
            </w:r>
          </w:p>
        </w:tc>
      </w:tr>
      <w:tr w:rsidR="00A21EE6" w:rsidRPr="00A21EE6" w14:paraId="1637EDC9" w14:textId="77777777" w:rsidTr="00A21EE6">
        <w:trPr>
          <w:trHeight w:val="280"/>
          <w:jc w:val="center"/>
        </w:trPr>
        <w:tc>
          <w:tcPr>
            <w:tcW w:w="1271" w:type="dxa"/>
            <w:vMerge/>
            <w:vAlign w:val="center"/>
          </w:tcPr>
          <w:p w14:paraId="23873145" w14:textId="77777777" w:rsidR="00A21EE6" w:rsidRPr="00A21EE6" w:rsidRDefault="00A21EE6" w:rsidP="00A21EE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17" w:type="dxa"/>
            <w:vMerge/>
            <w:vAlign w:val="center"/>
          </w:tcPr>
          <w:p w14:paraId="1479E568" w14:textId="77777777" w:rsidR="00A21EE6" w:rsidRPr="00A21EE6" w:rsidRDefault="00A21EE6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53" w:type="dxa"/>
            <w:vAlign w:val="center"/>
          </w:tcPr>
          <w:p w14:paraId="2362893F" w14:textId="77777777" w:rsidR="00A21EE6" w:rsidRPr="00A21EE6" w:rsidRDefault="00A21EE6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21EE6">
              <w:rPr>
                <w:rFonts w:ascii="Times New Roman" w:hAnsi="Times New Roman" w:cs="Times New Roman"/>
                <w:sz w:val="26"/>
                <w:szCs w:val="26"/>
              </w:rPr>
              <w:t>English III</w:t>
            </w:r>
          </w:p>
        </w:tc>
      </w:tr>
      <w:tr w:rsidR="00A21EE6" w:rsidRPr="00A21EE6" w14:paraId="15D8F610" w14:textId="77777777" w:rsidTr="00A21EE6">
        <w:trPr>
          <w:trHeight w:val="280"/>
          <w:jc w:val="center"/>
        </w:trPr>
        <w:tc>
          <w:tcPr>
            <w:tcW w:w="1271" w:type="dxa"/>
            <w:vMerge w:val="restart"/>
            <w:vAlign w:val="center"/>
          </w:tcPr>
          <w:p w14:paraId="7AA9FED3" w14:textId="77777777" w:rsidR="00A21EE6" w:rsidRPr="00A21EE6" w:rsidRDefault="00A21EE6" w:rsidP="00A21EE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1EE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  <w:p w14:paraId="66A1D771" w14:textId="77777777" w:rsidR="00A21EE6" w:rsidRPr="00A21EE6" w:rsidRDefault="00A21EE6" w:rsidP="00A21EE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9D2EE61" w14:textId="77777777" w:rsidR="00A21EE6" w:rsidRPr="00A21EE6" w:rsidRDefault="00A21EE6" w:rsidP="00A21EE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17" w:type="dxa"/>
            <w:vMerge w:val="restart"/>
            <w:vAlign w:val="center"/>
          </w:tcPr>
          <w:p w14:paraId="5C0FE165" w14:textId="77777777" w:rsidR="00A21EE6" w:rsidRPr="00A21EE6" w:rsidRDefault="00A21EE6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21EE6">
              <w:rPr>
                <w:rFonts w:ascii="Times New Roman" w:hAnsi="Times New Roman" w:cs="Times New Roman"/>
                <w:sz w:val="26"/>
                <w:szCs w:val="26"/>
              </w:rPr>
              <w:t>Hindi</w:t>
            </w:r>
          </w:p>
          <w:p w14:paraId="6846B795" w14:textId="77777777" w:rsidR="00A21EE6" w:rsidRPr="00A21EE6" w:rsidRDefault="00A21EE6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21EE6">
              <w:rPr>
                <w:rFonts w:ascii="Times New Roman" w:hAnsi="Times New Roman" w:cs="Times New Roman"/>
                <w:sz w:val="26"/>
                <w:szCs w:val="26"/>
              </w:rPr>
              <w:t>Hindi</w:t>
            </w:r>
          </w:p>
          <w:p w14:paraId="7BFDAB70" w14:textId="77777777" w:rsidR="00A21EE6" w:rsidRPr="00A21EE6" w:rsidRDefault="00A21EE6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21EE6">
              <w:rPr>
                <w:rFonts w:ascii="Times New Roman" w:hAnsi="Times New Roman" w:cs="Times New Roman"/>
                <w:sz w:val="26"/>
                <w:szCs w:val="26"/>
              </w:rPr>
              <w:t>Hindi</w:t>
            </w:r>
          </w:p>
        </w:tc>
        <w:tc>
          <w:tcPr>
            <w:tcW w:w="5453" w:type="dxa"/>
            <w:vAlign w:val="center"/>
          </w:tcPr>
          <w:p w14:paraId="4DA6DF7F" w14:textId="77777777" w:rsidR="00A21EE6" w:rsidRPr="00A21EE6" w:rsidRDefault="00A21EE6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21EE6">
              <w:rPr>
                <w:rFonts w:ascii="Times New Roman" w:hAnsi="Times New Roman" w:cs="Times New Roman"/>
                <w:sz w:val="26"/>
                <w:szCs w:val="26"/>
              </w:rPr>
              <w:t>Hindi I</w:t>
            </w:r>
          </w:p>
        </w:tc>
      </w:tr>
      <w:tr w:rsidR="00A21EE6" w:rsidRPr="00A21EE6" w14:paraId="2E07A4EF" w14:textId="77777777" w:rsidTr="00A21EE6">
        <w:trPr>
          <w:trHeight w:val="280"/>
          <w:jc w:val="center"/>
        </w:trPr>
        <w:tc>
          <w:tcPr>
            <w:tcW w:w="1271" w:type="dxa"/>
            <w:vMerge/>
            <w:vAlign w:val="center"/>
          </w:tcPr>
          <w:p w14:paraId="3F647F02" w14:textId="77777777" w:rsidR="00A21EE6" w:rsidRPr="00A21EE6" w:rsidRDefault="00A21EE6" w:rsidP="00A21EE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17" w:type="dxa"/>
            <w:vMerge/>
            <w:vAlign w:val="center"/>
          </w:tcPr>
          <w:p w14:paraId="0D69363D" w14:textId="77777777" w:rsidR="00A21EE6" w:rsidRPr="00A21EE6" w:rsidRDefault="00A21EE6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53" w:type="dxa"/>
            <w:vAlign w:val="center"/>
          </w:tcPr>
          <w:p w14:paraId="185272B7" w14:textId="77777777" w:rsidR="00A21EE6" w:rsidRPr="00A21EE6" w:rsidRDefault="00A21EE6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21EE6">
              <w:rPr>
                <w:rFonts w:ascii="Times New Roman" w:hAnsi="Times New Roman" w:cs="Times New Roman"/>
                <w:sz w:val="26"/>
                <w:szCs w:val="26"/>
              </w:rPr>
              <w:t>Hindi II</w:t>
            </w:r>
          </w:p>
        </w:tc>
      </w:tr>
      <w:tr w:rsidR="00A21EE6" w:rsidRPr="00A21EE6" w14:paraId="404F3F6D" w14:textId="77777777" w:rsidTr="00A21EE6">
        <w:trPr>
          <w:trHeight w:val="298"/>
          <w:jc w:val="center"/>
        </w:trPr>
        <w:tc>
          <w:tcPr>
            <w:tcW w:w="1271" w:type="dxa"/>
            <w:vMerge/>
            <w:vAlign w:val="center"/>
          </w:tcPr>
          <w:p w14:paraId="764F1F1E" w14:textId="77777777" w:rsidR="00A21EE6" w:rsidRPr="00A21EE6" w:rsidRDefault="00A21EE6" w:rsidP="00A21EE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17" w:type="dxa"/>
            <w:vMerge/>
            <w:vAlign w:val="center"/>
          </w:tcPr>
          <w:p w14:paraId="5469A7E0" w14:textId="77777777" w:rsidR="00A21EE6" w:rsidRPr="00A21EE6" w:rsidRDefault="00A21EE6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53" w:type="dxa"/>
            <w:vAlign w:val="center"/>
          </w:tcPr>
          <w:p w14:paraId="745A1E74" w14:textId="77777777" w:rsidR="00A21EE6" w:rsidRPr="00A21EE6" w:rsidRDefault="00A21EE6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21EE6">
              <w:rPr>
                <w:rFonts w:ascii="Times New Roman" w:hAnsi="Times New Roman" w:cs="Times New Roman"/>
                <w:sz w:val="26"/>
                <w:szCs w:val="26"/>
              </w:rPr>
              <w:t>Hindi III</w:t>
            </w:r>
          </w:p>
        </w:tc>
      </w:tr>
      <w:tr w:rsidR="00A21EE6" w:rsidRPr="00A21EE6" w14:paraId="5D6B4675" w14:textId="77777777" w:rsidTr="00A21EE6">
        <w:trPr>
          <w:trHeight w:val="263"/>
          <w:jc w:val="center"/>
        </w:trPr>
        <w:tc>
          <w:tcPr>
            <w:tcW w:w="1271" w:type="dxa"/>
            <w:vMerge w:val="restart"/>
            <w:vAlign w:val="center"/>
          </w:tcPr>
          <w:p w14:paraId="3B411908" w14:textId="77777777" w:rsidR="00A21EE6" w:rsidRPr="00A21EE6" w:rsidRDefault="00A21EE6" w:rsidP="00A21EE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1EE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  <w:p w14:paraId="4B6A18FA" w14:textId="77777777" w:rsidR="00A21EE6" w:rsidRPr="00A21EE6" w:rsidRDefault="00A21EE6" w:rsidP="00A21EE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17" w:type="dxa"/>
            <w:vMerge w:val="restart"/>
            <w:vAlign w:val="center"/>
          </w:tcPr>
          <w:p w14:paraId="404D1D31" w14:textId="77777777" w:rsidR="00A21EE6" w:rsidRPr="00A21EE6" w:rsidRDefault="00A21EE6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21EE6">
              <w:rPr>
                <w:rFonts w:ascii="Times New Roman" w:hAnsi="Times New Roman" w:cs="Times New Roman"/>
                <w:sz w:val="26"/>
                <w:szCs w:val="26"/>
              </w:rPr>
              <w:t>Maths</w:t>
            </w:r>
          </w:p>
          <w:p w14:paraId="6965A9A1" w14:textId="77777777" w:rsidR="00A21EE6" w:rsidRPr="00A21EE6" w:rsidRDefault="00A21EE6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21EE6">
              <w:rPr>
                <w:rFonts w:ascii="Times New Roman" w:hAnsi="Times New Roman" w:cs="Times New Roman"/>
                <w:sz w:val="26"/>
                <w:szCs w:val="26"/>
              </w:rPr>
              <w:t>Maths</w:t>
            </w:r>
          </w:p>
        </w:tc>
        <w:tc>
          <w:tcPr>
            <w:tcW w:w="5453" w:type="dxa"/>
            <w:vAlign w:val="center"/>
          </w:tcPr>
          <w:p w14:paraId="7C29749B" w14:textId="77777777" w:rsidR="00A21EE6" w:rsidRPr="00A21EE6" w:rsidRDefault="00A21EE6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21EE6">
              <w:rPr>
                <w:rFonts w:ascii="Times New Roman" w:hAnsi="Times New Roman" w:cs="Times New Roman"/>
                <w:sz w:val="26"/>
                <w:szCs w:val="26"/>
              </w:rPr>
              <w:t>Maths I</w:t>
            </w:r>
          </w:p>
        </w:tc>
      </w:tr>
      <w:tr w:rsidR="00A21EE6" w:rsidRPr="00A21EE6" w14:paraId="28D37F59" w14:textId="77777777" w:rsidTr="00A21EE6">
        <w:trPr>
          <w:trHeight w:val="298"/>
          <w:jc w:val="center"/>
        </w:trPr>
        <w:tc>
          <w:tcPr>
            <w:tcW w:w="1271" w:type="dxa"/>
            <w:vMerge/>
            <w:vAlign w:val="center"/>
          </w:tcPr>
          <w:p w14:paraId="777AE2EC" w14:textId="77777777" w:rsidR="00A21EE6" w:rsidRPr="00A21EE6" w:rsidRDefault="00A21EE6" w:rsidP="00A21EE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17" w:type="dxa"/>
            <w:vMerge/>
            <w:vAlign w:val="center"/>
          </w:tcPr>
          <w:p w14:paraId="40607191" w14:textId="77777777" w:rsidR="00A21EE6" w:rsidRPr="00A21EE6" w:rsidRDefault="00A21EE6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53" w:type="dxa"/>
            <w:vAlign w:val="center"/>
          </w:tcPr>
          <w:p w14:paraId="4EF1AF00" w14:textId="77777777" w:rsidR="00A21EE6" w:rsidRPr="00A21EE6" w:rsidRDefault="00A21EE6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21EE6">
              <w:rPr>
                <w:rFonts w:ascii="Times New Roman" w:hAnsi="Times New Roman" w:cs="Times New Roman"/>
                <w:sz w:val="26"/>
                <w:szCs w:val="26"/>
              </w:rPr>
              <w:t>Maths II</w:t>
            </w:r>
          </w:p>
        </w:tc>
      </w:tr>
      <w:tr w:rsidR="00A21EE6" w:rsidRPr="00A21EE6" w14:paraId="194A775F" w14:textId="77777777" w:rsidTr="00A21EE6">
        <w:trPr>
          <w:trHeight w:val="395"/>
          <w:jc w:val="center"/>
        </w:trPr>
        <w:tc>
          <w:tcPr>
            <w:tcW w:w="1271" w:type="dxa"/>
            <w:vAlign w:val="center"/>
          </w:tcPr>
          <w:p w14:paraId="54C945D5" w14:textId="77777777" w:rsidR="00A21EE6" w:rsidRPr="00A21EE6" w:rsidRDefault="00A21EE6" w:rsidP="00A21EE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1EE6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117" w:type="dxa"/>
            <w:vAlign w:val="center"/>
          </w:tcPr>
          <w:p w14:paraId="4888E7AD" w14:textId="77777777" w:rsidR="00A21EE6" w:rsidRPr="00A21EE6" w:rsidRDefault="00A21EE6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21EE6">
              <w:rPr>
                <w:rFonts w:ascii="Times New Roman" w:hAnsi="Times New Roman" w:cs="Times New Roman"/>
                <w:sz w:val="26"/>
                <w:szCs w:val="26"/>
              </w:rPr>
              <w:t>Reading Book</w:t>
            </w:r>
          </w:p>
        </w:tc>
        <w:tc>
          <w:tcPr>
            <w:tcW w:w="5453" w:type="dxa"/>
            <w:vAlign w:val="center"/>
          </w:tcPr>
          <w:p w14:paraId="472CB5E2" w14:textId="77777777" w:rsidR="00A21EE6" w:rsidRPr="00A21EE6" w:rsidRDefault="00A21EE6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21EE6">
              <w:rPr>
                <w:rFonts w:ascii="Times New Roman" w:hAnsi="Times New Roman" w:cs="Times New Roman"/>
                <w:sz w:val="26"/>
                <w:szCs w:val="26"/>
              </w:rPr>
              <w:t>All in one</w:t>
            </w:r>
          </w:p>
        </w:tc>
      </w:tr>
      <w:tr w:rsidR="00A21EE6" w:rsidRPr="00A21EE6" w14:paraId="603857B4" w14:textId="77777777" w:rsidTr="00A21EE6">
        <w:trPr>
          <w:trHeight w:val="280"/>
          <w:jc w:val="center"/>
        </w:trPr>
        <w:tc>
          <w:tcPr>
            <w:tcW w:w="1271" w:type="dxa"/>
            <w:vAlign w:val="center"/>
          </w:tcPr>
          <w:p w14:paraId="58D229F0" w14:textId="77777777" w:rsidR="00A21EE6" w:rsidRPr="00A21EE6" w:rsidRDefault="00A21EE6" w:rsidP="00A21EE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1EE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117" w:type="dxa"/>
            <w:vAlign w:val="center"/>
          </w:tcPr>
          <w:p w14:paraId="119FBF65" w14:textId="77777777" w:rsidR="00A21EE6" w:rsidRPr="00A21EE6" w:rsidRDefault="00A21EE6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21EE6">
              <w:rPr>
                <w:rFonts w:ascii="Times New Roman" w:hAnsi="Times New Roman" w:cs="Times New Roman"/>
                <w:sz w:val="26"/>
                <w:szCs w:val="26"/>
              </w:rPr>
              <w:t>Worksheets</w:t>
            </w:r>
          </w:p>
        </w:tc>
        <w:tc>
          <w:tcPr>
            <w:tcW w:w="5453" w:type="dxa"/>
            <w:vAlign w:val="center"/>
          </w:tcPr>
          <w:p w14:paraId="387E4C0D" w14:textId="77777777" w:rsidR="00A21EE6" w:rsidRPr="00A21EE6" w:rsidRDefault="00A21EE6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21EE6">
              <w:rPr>
                <w:rFonts w:ascii="Times New Roman" w:hAnsi="Times New Roman" w:cs="Times New Roman"/>
                <w:sz w:val="26"/>
                <w:szCs w:val="26"/>
              </w:rPr>
              <w:t>Assessment Test Series Lev. 1</w:t>
            </w:r>
          </w:p>
        </w:tc>
      </w:tr>
      <w:tr w:rsidR="00A21EE6" w:rsidRPr="00A21EE6" w14:paraId="6716524F" w14:textId="77777777" w:rsidTr="00A21EE6">
        <w:trPr>
          <w:trHeight w:val="263"/>
          <w:jc w:val="center"/>
        </w:trPr>
        <w:tc>
          <w:tcPr>
            <w:tcW w:w="1271" w:type="dxa"/>
            <w:vAlign w:val="center"/>
          </w:tcPr>
          <w:p w14:paraId="6C896B15" w14:textId="77777777" w:rsidR="00A21EE6" w:rsidRPr="00A21EE6" w:rsidRDefault="00A21EE6" w:rsidP="00A21EE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1EE6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117" w:type="dxa"/>
            <w:vAlign w:val="center"/>
          </w:tcPr>
          <w:p w14:paraId="6EDDE489" w14:textId="77777777" w:rsidR="00A21EE6" w:rsidRPr="00A21EE6" w:rsidRDefault="00A21EE6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21EE6">
              <w:rPr>
                <w:rFonts w:ascii="Times New Roman" w:hAnsi="Times New Roman" w:cs="Times New Roman"/>
                <w:sz w:val="26"/>
                <w:szCs w:val="26"/>
              </w:rPr>
              <w:t>Drawing</w:t>
            </w:r>
          </w:p>
        </w:tc>
        <w:tc>
          <w:tcPr>
            <w:tcW w:w="5453" w:type="dxa"/>
            <w:vAlign w:val="center"/>
          </w:tcPr>
          <w:p w14:paraId="519548CA" w14:textId="77777777" w:rsidR="00A21EE6" w:rsidRPr="00A21EE6" w:rsidRDefault="00A21EE6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21EE6">
              <w:rPr>
                <w:rFonts w:ascii="Times New Roman" w:hAnsi="Times New Roman" w:cs="Times New Roman"/>
                <w:sz w:val="26"/>
                <w:szCs w:val="26"/>
              </w:rPr>
              <w:t>Art and Craft</w:t>
            </w:r>
          </w:p>
        </w:tc>
      </w:tr>
    </w:tbl>
    <w:p w14:paraId="5E60943D" w14:textId="57B40224" w:rsidR="003949BD" w:rsidRDefault="003949BD" w:rsidP="00A127F3">
      <w:pPr>
        <w:spacing w:after="0"/>
        <w:jc w:val="center"/>
        <w:rPr>
          <w:rFonts w:ascii="Times New Roman" w:hAnsi="Times New Roman" w:cs="Times New Roman"/>
          <w:b/>
          <w:sz w:val="26"/>
        </w:rPr>
      </w:pPr>
    </w:p>
    <w:p w14:paraId="72FB8BB6" w14:textId="77777777" w:rsidR="00A7167B" w:rsidRDefault="00A7167B" w:rsidP="00B42D1A">
      <w:pPr>
        <w:spacing w:after="0"/>
        <w:rPr>
          <w:rFonts w:ascii="Times New Roman" w:hAnsi="Times New Roman" w:cs="Times New Roman"/>
          <w:b/>
          <w:sz w:val="26"/>
        </w:rPr>
      </w:pPr>
    </w:p>
    <w:p w14:paraId="4861E944" w14:textId="1203C200" w:rsidR="00B42D1A" w:rsidRPr="00A21EE6" w:rsidRDefault="00B42D1A" w:rsidP="00B42D1A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096B13">
        <w:rPr>
          <w:rFonts w:ascii="Times New Roman" w:hAnsi="Times New Roman" w:cs="Times New Roman"/>
          <w:b/>
          <w:sz w:val="32"/>
          <w:szCs w:val="28"/>
        </w:rPr>
        <w:t xml:space="preserve">                         </w:t>
      </w:r>
      <w:r w:rsidR="00A7167B">
        <w:rPr>
          <w:rFonts w:ascii="Times New Roman" w:hAnsi="Times New Roman" w:cs="Times New Roman"/>
          <w:b/>
          <w:sz w:val="32"/>
          <w:szCs w:val="28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 xml:space="preserve">           </w:t>
      </w:r>
      <w:r w:rsidR="00DD1699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Pr="00A7167B">
        <w:rPr>
          <w:rFonts w:ascii="Times New Roman" w:hAnsi="Times New Roman" w:cs="Times New Roman"/>
          <w:b/>
          <w:sz w:val="32"/>
          <w:szCs w:val="32"/>
        </w:rPr>
        <w:t>Class – Prep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45"/>
        <w:gridCol w:w="2090"/>
        <w:gridCol w:w="5295"/>
      </w:tblGrid>
      <w:tr w:rsidR="00B42D1A" w:rsidRPr="00A21EE6" w14:paraId="7A2C0567" w14:textId="77777777" w:rsidTr="001F0F48">
        <w:trPr>
          <w:trHeight w:val="561"/>
          <w:jc w:val="center"/>
        </w:trPr>
        <w:tc>
          <w:tcPr>
            <w:tcW w:w="1245" w:type="dxa"/>
            <w:vAlign w:val="center"/>
          </w:tcPr>
          <w:p w14:paraId="6F3EBCE0" w14:textId="77777777" w:rsidR="00B42D1A" w:rsidRPr="00A21EE6" w:rsidRDefault="00B42D1A" w:rsidP="00A647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1EE6">
              <w:rPr>
                <w:rFonts w:ascii="Times New Roman" w:hAnsi="Times New Roman" w:cs="Times New Roman"/>
                <w:b/>
                <w:sz w:val="26"/>
                <w:szCs w:val="26"/>
              </w:rPr>
              <w:t>S. No.</w:t>
            </w:r>
          </w:p>
        </w:tc>
        <w:tc>
          <w:tcPr>
            <w:tcW w:w="2090" w:type="dxa"/>
            <w:vAlign w:val="center"/>
          </w:tcPr>
          <w:p w14:paraId="54E0E226" w14:textId="77777777" w:rsidR="00B42D1A" w:rsidRPr="00A21EE6" w:rsidRDefault="00B42D1A" w:rsidP="00A647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21EE6">
              <w:rPr>
                <w:rFonts w:ascii="Times New Roman" w:hAnsi="Times New Roman" w:cs="Times New Roman"/>
                <w:b/>
                <w:sz w:val="26"/>
                <w:szCs w:val="26"/>
              </w:rPr>
              <w:t>Subject</w:t>
            </w:r>
          </w:p>
        </w:tc>
        <w:tc>
          <w:tcPr>
            <w:tcW w:w="5295" w:type="dxa"/>
            <w:vAlign w:val="center"/>
          </w:tcPr>
          <w:p w14:paraId="5250A08C" w14:textId="353AF5B8" w:rsidR="00B42D1A" w:rsidRPr="00A21EE6" w:rsidRDefault="00B42D1A" w:rsidP="00A647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21EE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Name of the Book </w:t>
            </w:r>
          </w:p>
        </w:tc>
      </w:tr>
      <w:tr w:rsidR="00B42D1A" w:rsidRPr="00A21EE6" w14:paraId="7A1A0464" w14:textId="77777777" w:rsidTr="001F0F48">
        <w:trPr>
          <w:trHeight w:val="263"/>
          <w:jc w:val="center"/>
        </w:trPr>
        <w:tc>
          <w:tcPr>
            <w:tcW w:w="1245" w:type="dxa"/>
            <w:vMerge w:val="restart"/>
            <w:vAlign w:val="center"/>
          </w:tcPr>
          <w:p w14:paraId="05D84BDD" w14:textId="77777777" w:rsidR="00B42D1A" w:rsidRPr="00A21EE6" w:rsidRDefault="00B42D1A" w:rsidP="00A647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1EE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  <w:p w14:paraId="55E3121C" w14:textId="77777777" w:rsidR="00B42D1A" w:rsidRPr="00A21EE6" w:rsidRDefault="00B42D1A" w:rsidP="00A647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33A9830" w14:textId="77777777" w:rsidR="00B42D1A" w:rsidRPr="00A21EE6" w:rsidRDefault="00B42D1A" w:rsidP="00A647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0" w:type="dxa"/>
            <w:vMerge w:val="restart"/>
            <w:vAlign w:val="center"/>
          </w:tcPr>
          <w:p w14:paraId="79ED1F02" w14:textId="77777777" w:rsidR="00B42D1A" w:rsidRPr="00A21EE6" w:rsidRDefault="00B42D1A" w:rsidP="00A647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21EE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English</w:t>
            </w:r>
          </w:p>
          <w:p w14:paraId="18CB8B10" w14:textId="77777777" w:rsidR="00B42D1A" w:rsidRPr="00A21EE6" w:rsidRDefault="00B42D1A" w:rsidP="00A647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21EE6">
              <w:rPr>
                <w:rFonts w:ascii="Times New Roman" w:hAnsi="Times New Roman" w:cs="Times New Roman"/>
                <w:sz w:val="26"/>
                <w:szCs w:val="26"/>
              </w:rPr>
              <w:t>English</w:t>
            </w:r>
          </w:p>
          <w:p w14:paraId="53A2AE9E" w14:textId="77777777" w:rsidR="00B42D1A" w:rsidRPr="00A21EE6" w:rsidRDefault="00B42D1A" w:rsidP="00A647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21EE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English</w:t>
            </w:r>
          </w:p>
        </w:tc>
        <w:tc>
          <w:tcPr>
            <w:tcW w:w="5295" w:type="dxa"/>
            <w:vAlign w:val="center"/>
          </w:tcPr>
          <w:p w14:paraId="2311BA05" w14:textId="77777777" w:rsidR="00B42D1A" w:rsidRPr="00A21EE6" w:rsidRDefault="00B42D1A" w:rsidP="00A647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21EE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English I</w:t>
            </w:r>
          </w:p>
        </w:tc>
      </w:tr>
      <w:tr w:rsidR="00B42D1A" w:rsidRPr="00A21EE6" w14:paraId="2B968949" w14:textId="77777777" w:rsidTr="001F0F48">
        <w:trPr>
          <w:trHeight w:val="298"/>
          <w:jc w:val="center"/>
        </w:trPr>
        <w:tc>
          <w:tcPr>
            <w:tcW w:w="1245" w:type="dxa"/>
            <w:vMerge/>
            <w:vAlign w:val="center"/>
          </w:tcPr>
          <w:p w14:paraId="53276178" w14:textId="77777777" w:rsidR="00B42D1A" w:rsidRPr="00A21EE6" w:rsidRDefault="00B42D1A" w:rsidP="00A647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0" w:type="dxa"/>
            <w:vMerge/>
            <w:vAlign w:val="center"/>
          </w:tcPr>
          <w:p w14:paraId="28D31D39" w14:textId="77777777" w:rsidR="00B42D1A" w:rsidRPr="00A21EE6" w:rsidRDefault="00B42D1A" w:rsidP="00A647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95" w:type="dxa"/>
            <w:vAlign w:val="center"/>
          </w:tcPr>
          <w:p w14:paraId="4614EB60" w14:textId="77777777" w:rsidR="00B42D1A" w:rsidRPr="00A21EE6" w:rsidRDefault="00B42D1A" w:rsidP="00A647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21EE6">
              <w:rPr>
                <w:rFonts w:ascii="Times New Roman" w:hAnsi="Times New Roman" w:cs="Times New Roman"/>
                <w:sz w:val="26"/>
                <w:szCs w:val="26"/>
              </w:rPr>
              <w:t>English II</w:t>
            </w:r>
          </w:p>
        </w:tc>
      </w:tr>
      <w:tr w:rsidR="00B42D1A" w:rsidRPr="00A21EE6" w14:paraId="6AC11B53" w14:textId="77777777" w:rsidTr="001F0F48">
        <w:trPr>
          <w:trHeight w:val="280"/>
          <w:jc w:val="center"/>
        </w:trPr>
        <w:tc>
          <w:tcPr>
            <w:tcW w:w="1245" w:type="dxa"/>
            <w:vMerge/>
            <w:vAlign w:val="center"/>
          </w:tcPr>
          <w:p w14:paraId="491D6CF7" w14:textId="77777777" w:rsidR="00B42D1A" w:rsidRPr="00A21EE6" w:rsidRDefault="00B42D1A" w:rsidP="00A647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0" w:type="dxa"/>
            <w:vMerge/>
            <w:vAlign w:val="center"/>
          </w:tcPr>
          <w:p w14:paraId="08EA2975" w14:textId="77777777" w:rsidR="00B42D1A" w:rsidRPr="00A21EE6" w:rsidRDefault="00B42D1A" w:rsidP="00A647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95" w:type="dxa"/>
            <w:vAlign w:val="center"/>
          </w:tcPr>
          <w:p w14:paraId="1A452C4C" w14:textId="478FBC6F" w:rsidR="00B42D1A" w:rsidRPr="00A21EE6" w:rsidRDefault="00B42D1A" w:rsidP="00A647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42D1A" w:rsidRPr="00A21EE6" w14:paraId="416F6339" w14:textId="77777777" w:rsidTr="001F0F48">
        <w:trPr>
          <w:trHeight w:val="280"/>
          <w:jc w:val="center"/>
        </w:trPr>
        <w:tc>
          <w:tcPr>
            <w:tcW w:w="1245" w:type="dxa"/>
            <w:vMerge w:val="restart"/>
            <w:vAlign w:val="center"/>
          </w:tcPr>
          <w:p w14:paraId="0D423671" w14:textId="77777777" w:rsidR="00B42D1A" w:rsidRPr="00A21EE6" w:rsidRDefault="00B42D1A" w:rsidP="00A647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1EE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  <w:p w14:paraId="402F471F" w14:textId="77777777" w:rsidR="00B42D1A" w:rsidRPr="00A21EE6" w:rsidRDefault="00B42D1A" w:rsidP="00A647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0C84155" w14:textId="77777777" w:rsidR="00B42D1A" w:rsidRPr="00A21EE6" w:rsidRDefault="00B42D1A" w:rsidP="00A647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0" w:type="dxa"/>
            <w:vMerge w:val="restart"/>
            <w:vAlign w:val="center"/>
          </w:tcPr>
          <w:p w14:paraId="4D7F483F" w14:textId="77777777" w:rsidR="00B42D1A" w:rsidRPr="00A21EE6" w:rsidRDefault="00B42D1A" w:rsidP="00A647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21EE6">
              <w:rPr>
                <w:rFonts w:ascii="Times New Roman" w:hAnsi="Times New Roman" w:cs="Times New Roman"/>
                <w:sz w:val="26"/>
                <w:szCs w:val="26"/>
              </w:rPr>
              <w:t>Hindi</w:t>
            </w:r>
          </w:p>
          <w:p w14:paraId="27038828" w14:textId="77777777" w:rsidR="00B42D1A" w:rsidRPr="00A21EE6" w:rsidRDefault="00B42D1A" w:rsidP="00A647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21EE6">
              <w:rPr>
                <w:rFonts w:ascii="Times New Roman" w:hAnsi="Times New Roman" w:cs="Times New Roman"/>
                <w:sz w:val="26"/>
                <w:szCs w:val="26"/>
              </w:rPr>
              <w:t>Hindi</w:t>
            </w:r>
          </w:p>
          <w:p w14:paraId="4D8B3641" w14:textId="77777777" w:rsidR="00B42D1A" w:rsidRPr="00A21EE6" w:rsidRDefault="00B42D1A" w:rsidP="00A647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21EE6">
              <w:rPr>
                <w:rFonts w:ascii="Times New Roman" w:hAnsi="Times New Roman" w:cs="Times New Roman"/>
                <w:sz w:val="26"/>
                <w:szCs w:val="26"/>
              </w:rPr>
              <w:t>Hindi</w:t>
            </w:r>
          </w:p>
        </w:tc>
        <w:tc>
          <w:tcPr>
            <w:tcW w:w="5295" w:type="dxa"/>
            <w:vAlign w:val="center"/>
          </w:tcPr>
          <w:p w14:paraId="70AD3FA4" w14:textId="77777777" w:rsidR="00B42D1A" w:rsidRPr="00A21EE6" w:rsidRDefault="00B42D1A" w:rsidP="00A647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21EE6">
              <w:rPr>
                <w:rFonts w:ascii="Times New Roman" w:hAnsi="Times New Roman" w:cs="Times New Roman"/>
                <w:sz w:val="26"/>
                <w:szCs w:val="26"/>
              </w:rPr>
              <w:t>Hindi I</w:t>
            </w:r>
          </w:p>
        </w:tc>
      </w:tr>
      <w:tr w:rsidR="00B42D1A" w:rsidRPr="00A21EE6" w14:paraId="26BBCD14" w14:textId="77777777" w:rsidTr="001F0F48">
        <w:trPr>
          <w:trHeight w:val="280"/>
          <w:jc w:val="center"/>
        </w:trPr>
        <w:tc>
          <w:tcPr>
            <w:tcW w:w="1245" w:type="dxa"/>
            <w:vMerge/>
            <w:vAlign w:val="center"/>
          </w:tcPr>
          <w:p w14:paraId="693E6A3B" w14:textId="77777777" w:rsidR="00B42D1A" w:rsidRPr="00A21EE6" w:rsidRDefault="00B42D1A" w:rsidP="00A647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0" w:type="dxa"/>
            <w:vMerge/>
            <w:vAlign w:val="center"/>
          </w:tcPr>
          <w:p w14:paraId="1A7E4230" w14:textId="77777777" w:rsidR="00B42D1A" w:rsidRPr="00A21EE6" w:rsidRDefault="00B42D1A" w:rsidP="00A647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95" w:type="dxa"/>
            <w:vAlign w:val="center"/>
          </w:tcPr>
          <w:p w14:paraId="78BDDC5D" w14:textId="77777777" w:rsidR="00B42D1A" w:rsidRPr="00A21EE6" w:rsidRDefault="00B42D1A" w:rsidP="00A647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21EE6">
              <w:rPr>
                <w:rFonts w:ascii="Times New Roman" w:hAnsi="Times New Roman" w:cs="Times New Roman"/>
                <w:sz w:val="26"/>
                <w:szCs w:val="26"/>
              </w:rPr>
              <w:t>Hindi II</w:t>
            </w:r>
          </w:p>
        </w:tc>
      </w:tr>
      <w:tr w:rsidR="00B42D1A" w:rsidRPr="00A21EE6" w14:paraId="644E48D1" w14:textId="77777777" w:rsidTr="001F0F48">
        <w:trPr>
          <w:trHeight w:val="298"/>
          <w:jc w:val="center"/>
        </w:trPr>
        <w:tc>
          <w:tcPr>
            <w:tcW w:w="1245" w:type="dxa"/>
            <w:vMerge/>
            <w:vAlign w:val="center"/>
          </w:tcPr>
          <w:p w14:paraId="0DB74452" w14:textId="77777777" w:rsidR="00B42D1A" w:rsidRPr="00A21EE6" w:rsidRDefault="00B42D1A" w:rsidP="00A647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0" w:type="dxa"/>
            <w:vMerge/>
            <w:vAlign w:val="center"/>
          </w:tcPr>
          <w:p w14:paraId="4AC4BF47" w14:textId="77777777" w:rsidR="00B42D1A" w:rsidRPr="00A21EE6" w:rsidRDefault="00B42D1A" w:rsidP="00A647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95" w:type="dxa"/>
            <w:vAlign w:val="center"/>
          </w:tcPr>
          <w:p w14:paraId="78EAD730" w14:textId="77777777" w:rsidR="00B42D1A" w:rsidRPr="00A21EE6" w:rsidRDefault="00B42D1A" w:rsidP="00A647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21EE6">
              <w:rPr>
                <w:rFonts w:ascii="Times New Roman" w:hAnsi="Times New Roman" w:cs="Times New Roman"/>
                <w:sz w:val="26"/>
                <w:szCs w:val="26"/>
              </w:rPr>
              <w:t>Hindi III</w:t>
            </w:r>
          </w:p>
        </w:tc>
      </w:tr>
      <w:tr w:rsidR="00B42D1A" w:rsidRPr="00A21EE6" w14:paraId="11CF7C76" w14:textId="77777777" w:rsidTr="001F0F48">
        <w:trPr>
          <w:trHeight w:val="263"/>
          <w:jc w:val="center"/>
        </w:trPr>
        <w:tc>
          <w:tcPr>
            <w:tcW w:w="1245" w:type="dxa"/>
            <w:vMerge w:val="restart"/>
            <w:vAlign w:val="center"/>
          </w:tcPr>
          <w:p w14:paraId="2A4C67D9" w14:textId="5DC720E8" w:rsidR="00B42D1A" w:rsidRPr="00A21EE6" w:rsidRDefault="001F0F48" w:rsidP="001F0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</w:t>
            </w:r>
            <w:r w:rsidR="00B42D1A" w:rsidRPr="00A21EE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  <w:p w14:paraId="5038B537" w14:textId="77777777" w:rsidR="00B42D1A" w:rsidRPr="00A21EE6" w:rsidRDefault="00B42D1A" w:rsidP="00A647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0" w:type="dxa"/>
            <w:vMerge w:val="restart"/>
            <w:vAlign w:val="center"/>
          </w:tcPr>
          <w:p w14:paraId="2A8CE077" w14:textId="77777777" w:rsidR="00B42D1A" w:rsidRPr="00A21EE6" w:rsidRDefault="00B42D1A" w:rsidP="00A647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21EE6">
              <w:rPr>
                <w:rFonts w:ascii="Times New Roman" w:hAnsi="Times New Roman" w:cs="Times New Roman"/>
                <w:sz w:val="26"/>
                <w:szCs w:val="26"/>
              </w:rPr>
              <w:t>Maths</w:t>
            </w:r>
          </w:p>
          <w:p w14:paraId="798BF4C4" w14:textId="77777777" w:rsidR="00B42D1A" w:rsidRPr="00A21EE6" w:rsidRDefault="00B42D1A" w:rsidP="00A647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21EE6">
              <w:rPr>
                <w:rFonts w:ascii="Times New Roman" w:hAnsi="Times New Roman" w:cs="Times New Roman"/>
                <w:sz w:val="26"/>
                <w:szCs w:val="26"/>
              </w:rPr>
              <w:t>Maths</w:t>
            </w:r>
          </w:p>
        </w:tc>
        <w:tc>
          <w:tcPr>
            <w:tcW w:w="5295" w:type="dxa"/>
            <w:vAlign w:val="center"/>
          </w:tcPr>
          <w:p w14:paraId="093A049C" w14:textId="77777777" w:rsidR="00B42D1A" w:rsidRPr="00A21EE6" w:rsidRDefault="00B42D1A" w:rsidP="00A647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21EE6">
              <w:rPr>
                <w:rFonts w:ascii="Times New Roman" w:hAnsi="Times New Roman" w:cs="Times New Roman"/>
                <w:sz w:val="26"/>
                <w:szCs w:val="26"/>
              </w:rPr>
              <w:t>Maths I</w:t>
            </w:r>
          </w:p>
        </w:tc>
      </w:tr>
      <w:tr w:rsidR="00B42D1A" w:rsidRPr="00A21EE6" w14:paraId="48468228" w14:textId="77777777" w:rsidTr="001F0F48">
        <w:trPr>
          <w:trHeight w:val="298"/>
          <w:jc w:val="center"/>
        </w:trPr>
        <w:tc>
          <w:tcPr>
            <w:tcW w:w="1245" w:type="dxa"/>
            <w:vMerge/>
            <w:vAlign w:val="center"/>
          </w:tcPr>
          <w:p w14:paraId="5FE67FA6" w14:textId="77777777" w:rsidR="00B42D1A" w:rsidRPr="00A21EE6" w:rsidRDefault="00B42D1A" w:rsidP="00A647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0" w:type="dxa"/>
            <w:vMerge/>
            <w:vAlign w:val="center"/>
          </w:tcPr>
          <w:p w14:paraId="28BBF9C5" w14:textId="77777777" w:rsidR="00B42D1A" w:rsidRPr="00A21EE6" w:rsidRDefault="00B42D1A" w:rsidP="00A647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95" w:type="dxa"/>
            <w:vAlign w:val="center"/>
          </w:tcPr>
          <w:p w14:paraId="4E69B4B6" w14:textId="77777777" w:rsidR="00B42D1A" w:rsidRPr="00A21EE6" w:rsidRDefault="00B42D1A" w:rsidP="00A647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21EE6">
              <w:rPr>
                <w:rFonts w:ascii="Times New Roman" w:hAnsi="Times New Roman" w:cs="Times New Roman"/>
                <w:sz w:val="26"/>
                <w:szCs w:val="26"/>
              </w:rPr>
              <w:t>Maths II</w:t>
            </w:r>
          </w:p>
        </w:tc>
      </w:tr>
      <w:tr w:rsidR="001F0F48" w:rsidRPr="00A21EE6" w14:paraId="25979F23" w14:textId="77777777" w:rsidTr="001F0F48">
        <w:trPr>
          <w:trHeight w:val="223"/>
          <w:jc w:val="center"/>
        </w:trPr>
        <w:tc>
          <w:tcPr>
            <w:tcW w:w="1245" w:type="dxa"/>
            <w:vMerge w:val="restart"/>
            <w:vAlign w:val="center"/>
          </w:tcPr>
          <w:p w14:paraId="084E0488" w14:textId="44C0C91F" w:rsidR="001F0F48" w:rsidRPr="00A21EE6" w:rsidRDefault="001F0F48" w:rsidP="00A647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090" w:type="dxa"/>
            <w:vMerge w:val="restart"/>
            <w:vAlign w:val="center"/>
          </w:tcPr>
          <w:p w14:paraId="34108F2D" w14:textId="4C2D637E" w:rsidR="001F0F48" w:rsidRPr="00A21EE6" w:rsidRDefault="001F0F48" w:rsidP="00A647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EVS</w:t>
            </w:r>
          </w:p>
        </w:tc>
        <w:tc>
          <w:tcPr>
            <w:tcW w:w="5295" w:type="dxa"/>
            <w:vAlign w:val="center"/>
          </w:tcPr>
          <w:p w14:paraId="7A518CE8" w14:textId="6F7E0F6B" w:rsidR="001F0F48" w:rsidRPr="00A21EE6" w:rsidRDefault="001F0F48" w:rsidP="00A647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EVS   I</w:t>
            </w:r>
          </w:p>
        </w:tc>
      </w:tr>
      <w:tr w:rsidR="001F0F48" w:rsidRPr="00A21EE6" w14:paraId="766F5E87" w14:textId="77777777" w:rsidTr="001F0F48">
        <w:trPr>
          <w:trHeight w:val="223"/>
          <w:jc w:val="center"/>
        </w:trPr>
        <w:tc>
          <w:tcPr>
            <w:tcW w:w="1245" w:type="dxa"/>
            <w:vMerge/>
            <w:vAlign w:val="center"/>
          </w:tcPr>
          <w:p w14:paraId="221BEA3C" w14:textId="77777777" w:rsidR="001F0F48" w:rsidRDefault="001F0F48" w:rsidP="00A647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0" w:type="dxa"/>
            <w:vMerge/>
            <w:vAlign w:val="center"/>
          </w:tcPr>
          <w:p w14:paraId="23F5C28F" w14:textId="77777777" w:rsidR="001F0F48" w:rsidRDefault="001F0F48" w:rsidP="00A647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95" w:type="dxa"/>
            <w:vAlign w:val="center"/>
          </w:tcPr>
          <w:p w14:paraId="2635BBB9" w14:textId="008DDDFC" w:rsidR="001F0F48" w:rsidRDefault="001F0F48" w:rsidP="00A647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EVS   II</w:t>
            </w:r>
          </w:p>
        </w:tc>
      </w:tr>
      <w:tr w:rsidR="00B42D1A" w:rsidRPr="00A21EE6" w14:paraId="2431EE5C" w14:textId="77777777" w:rsidTr="001F0F48">
        <w:trPr>
          <w:trHeight w:val="280"/>
          <w:jc w:val="center"/>
        </w:trPr>
        <w:tc>
          <w:tcPr>
            <w:tcW w:w="1245" w:type="dxa"/>
            <w:vAlign w:val="center"/>
          </w:tcPr>
          <w:p w14:paraId="2B7BC511" w14:textId="7D0B0335" w:rsidR="00B42D1A" w:rsidRPr="00A21EE6" w:rsidRDefault="001F0F48" w:rsidP="00A647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090" w:type="dxa"/>
            <w:vAlign w:val="center"/>
          </w:tcPr>
          <w:p w14:paraId="4643F777" w14:textId="47560F8A" w:rsidR="00B42D1A" w:rsidRPr="00A21EE6" w:rsidRDefault="001F0F48" w:rsidP="00A647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Reading Book</w:t>
            </w:r>
          </w:p>
        </w:tc>
        <w:tc>
          <w:tcPr>
            <w:tcW w:w="5295" w:type="dxa"/>
            <w:vAlign w:val="center"/>
          </w:tcPr>
          <w:p w14:paraId="3879655A" w14:textId="11A71DCC" w:rsidR="00B42D1A" w:rsidRPr="00A21EE6" w:rsidRDefault="001F0F48" w:rsidP="00A647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All in one </w:t>
            </w:r>
          </w:p>
        </w:tc>
      </w:tr>
      <w:tr w:rsidR="001F0F48" w:rsidRPr="00A21EE6" w14:paraId="1156605D" w14:textId="77777777" w:rsidTr="001F0F48">
        <w:trPr>
          <w:trHeight w:val="280"/>
          <w:jc w:val="center"/>
        </w:trPr>
        <w:tc>
          <w:tcPr>
            <w:tcW w:w="1245" w:type="dxa"/>
            <w:vAlign w:val="center"/>
          </w:tcPr>
          <w:p w14:paraId="30AA9EA9" w14:textId="42D812E3" w:rsidR="001F0F48" w:rsidRDefault="001F0F48" w:rsidP="001F0F4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090" w:type="dxa"/>
            <w:vAlign w:val="center"/>
          </w:tcPr>
          <w:p w14:paraId="1C959509" w14:textId="5EFD8A44" w:rsidR="001F0F48" w:rsidRPr="00A21EE6" w:rsidRDefault="001F0F48" w:rsidP="001F0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21EE6">
              <w:rPr>
                <w:rFonts w:ascii="Times New Roman" w:hAnsi="Times New Roman" w:cs="Times New Roman"/>
                <w:sz w:val="26"/>
                <w:szCs w:val="26"/>
              </w:rPr>
              <w:t>Drawing</w:t>
            </w:r>
          </w:p>
        </w:tc>
        <w:tc>
          <w:tcPr>
            <w:tcW w:w="5295" w:type="dxa"/>
            <w:vAlign w:val="center"/>
          </w:tcPr>
          <w:p w14:paraId="3183335E" w14:textId="2BC829A4" w:rsidR="001F0F48" w:rsidRPr="00A21EE6" w:rsidRDefault="001F0F48" w:rsidP="001F0F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21EE6">
              <w:rPr>
                <w:rFonts w:ascii="Times New Roman" w:hAnsi="Times New Roman" w:cs="Times New Roman"/>
                <w:sz w:val="26"/>
                <w:szCs w:val="26"/>
              </w:rPr>
              <w:t>Art and Craft</w:t>
            </w:r>
          </w:p>
        </w:tc>
      </w:tr>
    </w:tbl>
    <w:p w14:paraId="7F1BBA58" w14:textId="77777777" w:rsidR="00B42D1A" w:rsidRDefault="00B42D1A" w:rsidP="00B42D1A">
      <w:pPr>
        <w:spacing w:after="0"/>
        <w:jc w:val="center"/>
        <w:rPr>
          <w:rFonts w:ascii="Times New Roman" w:hAnsi="Times New Roman" w:cs="Times New Roman"/>
          <w:b/>
          <w:sz w:val="26"/>
        </w:rPr>
      </w:pPr>
    </w:p>
    <w:p w14:paraId="36D615E6" w14:textId="4E12F790" w:rsidR="00B42D1A" w:rsidRDefault="00B42D1A" w:rsidP="00A127F3">
      <w:pPr>
        <w:spacing w:after="0"/>
        <w:jc w:val="center"/>
        <w:rPr>
          <w:rFonts w:ascii="Times New Roman" w:hAnsi="Times New Roman" w:cs="Times New Roman"/>
          <w:b/>
          <w:sz w:val="26"/>
        </w:rPr>
      </w:pPr>
    </w:p>
    <w:p w14:paraId="48B03571" w14:textId="2AFEF9A2" w:rsidR="00B42D1A" w:rsidRDefault="00B42D1A" w:rsidP="00A127F3">
      <w:pPr>
        <w:spacing w:after="0"/>
        <w:jc w:val="center"/>
        <w:rPr>
          <w:rFonts w:ascii="Times New Roman" w:hAnsi="Times New Roman" w:cs="Times New Roman"/>
          <w:b/>
          <w:sz w:val="26"/>
        </w:rPr>
      </w:pPr>
    </w:p>
    <w:p w14:paraId="3A23C572" w14:textId="77777777" w:rsidR="00E25D1A" w:rsidRPr="00A7167B" w:rsidRDefault="009156B8" w:rsidP="00A127F3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A7167B">
        <w:rPr>
          <w:rFonts w:ascii="Times New Roman" w:hAnsi="Times New Roman" w:cs="Times New Roman"/>
          <w:b/>
          <w:sz w:val="32"/>
          <w:szCs w:val="32"/>
        </w:rPr>
        <w:t>Class – I</w:t>
      </w:r>
    </w:p>
    <w:tbl>
      <w:tblPr>
        <w:tblStyle w:val="TableGrid"/>
        <w:tblW w:w="8875" w:type="dxa"/>
        <w:tblLook w:val="04A0" w:firstRow="1" w:lastRow="0" w:firstColumn="1" w:lastColumn="0" w:noHBand="0" w:noVBand="1"/>
      </w:tblPr>
      <w:tblGrid>
        <w:gridCol w:w="1299"/>
        <w:gridCol w:w="7576"/>
      </w:tblGrid>
      <w:tr w:rsidR="00A127F3" w:rsidRPr="00A127F3" w14:paraId="66266EED" w14:textId="77777777" w:rsidTr="00A21EE6">
        <w:trPr>
          <w:trHeight w:val="332"/>
        </w:trPr>
        <w:tc>
          <w:tcPr>
            <w:tcW w:w="1299" w:type="dxa"/>
          </w:tcPr>
          <w:p w14:paraId="095A85BA" w14:textId="77777777" w:rsidR="00A127F3" w:rsidRPr="00A127F3" w:rsidRDefault="00A127F3" w:rsidP="00A127F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S. No.</w:t>
            </w:r>
          </w:p>
        </w:tc>
        <w:tc>
          <w:tcPr>
            <w:tcW w:w="7576" w:type="dxa"/>
          </w:tcPr>
          <w:p w14:paraId="70C8E5D7" w14:textId="3F528465" w:rsidR="00A127F3" w:rsidRPr="00A127F3" w:rsidRDefault="00A127F3" w:rsidP="00A127F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Name of the Books</w:t>
            </w:r>
          </w:p>
        </w:tc>
      </w:tr>
      <w:tr w:rsidR="00A127F3" w:rsidRPr="00A127F3" w14:paraId="2B385549" w14:textId="77777777" w:rsidTr="00A21EE6">
        <w:trPr>
          <w:trHeight w:val="332"/>
        </w:trPr>
        <w:tc>
          <w:tcPr>
            <w:tcW w:w="1299" w:type="dxa"/>
          </w:tcPr>
          <w:p w14:paraId="6B7A63D2" w14:textId="77777777" w:rsidR="00A127F3" w:rsidRPr="00A127F3" w:rsidRDefault="00A127F3" w:rsidP="00A127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76" w:type="dxa"/>
          </w:tcPr>
          <w:p w14:paraId="51545471" w14:textId="27160DE4" w:rsidR="00A127F3" w:rsidRPr="00A127F3" w:rsidRDefault="00A127F3" w:rsidP="00A127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Raintree English - 1</w:t>
            </w:r>
          </w:p>
        </w:tc>
      </w:tr>
      <w:tr w:rsidR="00A127F3" w:rsidRPr="00A127F3" w14:paraId="2BA7F2C4" w14:textId="77777777" w:rsidTr="00A21EE6">
        <w:trPr>
          <w:trHeight w:val="332"/>
        </w:trPr>
        <w:tc>
          <w:tcPr>
            <w:tcW w:w="1299" w:type="dxa"/>
          </w:tcPr>
          <w:p w14:paraId="2B2C8A04" w14:textId="77777777" w:rsidR="00A127F3" w:rsidRPr="00A127F3" w:rsidRDefault="00A127F3" w:rsidP="00A127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576" w:type="dxa"/>
          </w:tcPr>
          <w:p w14:paraId="66B793A4" w14:textId="1B9C318C" w:rsidR="00A127F3" w:rsidRPr="00A127F3" w:rsidRDefault="00A127F3" w:rsidP="00A127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 xml:space="preserve">Hindi </w:t>
            </w:r>
            <w:proofErr w:type="spellStart"/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Pathmala</w:t>
            </w:r>
            <w:proofErr w:type="spellEnd"/>
            <w:r w:rsidRPr="00A127F3">
              <w:rPr>
                <w:rFonts w:ascii="Times New Roman" w:hAnsi="Times New Roman" w:cs="Times New Roman"/>
                <w:sz w:val="28"/>
                <w:szCs w:val="28"/>
              </w:rPr>
              <w:t xml:space="preserve"> - 1</w:t>
            </w:r>
          </w:p>
        </w:tc>
      </w:tr>
      <w:tr w:rsidR="00A127F3" w:rsidRPr="00A127F3" w14:paraId="1E53DBD0" w14:textId="77777777" w:rsidTr="00A21EE6">
        <w:trPr>
          <w:trHeight w:val="332"/>
        </w:trPr>
        <w:tc>
          <w:tcPr>
            <w:tcW w:w="1299" w:type="dxa"/>
          </w:tcPr>
          <w:p w14:paraId="65190A2A" w14:textId="77777777" w:rsidR="00A127F3" w:rsidRPr="00A127F3" w:rsidRDefault="00A127F3" w:rsidP="00A127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76" w:type="dxa"/>
          </w:tcPr>
          <w:p w14:paraId="0CA7D99C" w14:textId="1485BF2F" w:rsidR="00A127F3" w:rsidRPr="00A127F3" w:rsidRDefault="00A127F3" w:rsidP="00A127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Vyakaran</w:t>
            </w:r>
            <w:proofErr w:type="spellEnd"/>
            <w:r w:rsidRPr="00A127F3">
              <w:rPr>
                <w:rFonts w:ascii="Times New Roman" w:hAnsi="Times New Roman" w:cs="Times New Roman"/>
                <w:sz w:val="28"/>
                <w:szCs w:val="28"/>
              </w:rPr>
              <w:t xml:space="preserve"> Anand - 1</w:t>
            </w:r>
          </w:p>
        </w:tc>
      </w:tr>
      <w:tr w:rsidR="00A127F3" w:rsidRPr="00A127F3" w14:paraId="2338B541" w14:textId="77777777" w:rsidTr="00A21EE6">
        <w:trPr>
          <w:trHeight w:val="332"/>
        </w:trPr>
        <w:tc>
          <w:tcPr>
            <w:tcW w:w="1299" w:type="dxa"/>
          </w:tcPr>
          <w:p w14:paraId="12247F80" w14:textId="77777777" w:rsidR="00A127F3" w:rsidRPr="00A127F3" w:rsidRDefault="00A127F3" w:rsidP="00A127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576" w:type="dxa"/>
          </w:tcPr>
          <w:p w14:paraId="1D3C092D" w14:textId="364E1602" w:rsidR="00A127F3" w:rsidRPr="00A127F3" w:rsidRDefault="00A127F3" w:rsidP="00A127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Mission Grammar - 1</w:t>
            </w:r>
          </w:p>
        </w:tc>
      </w:tr>
      <w:tr w:rsidR="00A127F3" w:rsidRPr="00A127F3" w14:paraId="23C41177" w14:textId="77777777" w:rsidTr="00A21EE6">
        <w:trPr>
          <w:trHeight w:val="332"/>
        </w:trPr>
        <w:tc>
          <w:tcPr>
            <w:tcW w:w="1299" w:type="dxa"/>
          </w:tcPr>
          <w:p w14:paraId="518E310A" w14:textId="77777777" w:rsidR="00A127F3" w:rsidRPr="00A127F3" w:rsidRDefault="00A127F3" w:rsidP="00A127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576" w:type="dxa"/>
          </w:tcPr>
          <w:p w14:paraId="56FC2FD6" w14:textId="0CC8AF84" w:rsidR="00A127F3" w:rsidRPr="00A127F3" w:rsidRDefault="00A127F3" w:rsidP="00A127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 xml:space="preserve">Bliss </w:t>
            </w:r>
            <w:r w:rsidR="00096B13">
              <w:rPr>
                <w:rFonts w:ascii="Times New Roman" w:hAnsi="Times New Roman" w:cs="Times New Roman"/>
                <w:sz w:val="28"/>
                <w:szCs w:val="28"/>
              </w:rPr>
              <w:t xml:space="preserve">Maths </w:t>
            </w: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- 1 (Without W/S)</w:t>
            </w:r>
          </w:p>
        </w:tc>
      </w:tr>
      <w:tr w:rsidR="00A127F3" w:rsidRPr="00A127F3" w14:paraId="37D38F9C" w14:textId="77777777" w:rsidTr="00A21EE6">
        <w:trPr>
          <w:trHeight w:val="332"/>
        </w:trPr>
        <w:tc>
          <w:tcPr>
            <w:tcW w:w="1299" w:type="dxa"/>
          </w:tcPr>
          <w:p w14:paraId="33DECB36" w14:textId="77777777" w:rsidR="00A127F3" w:rsidRPr="00A127F3" w:rsidRDefault="00A127F3" w:rsidP="00A127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576" w:type="dxa"/>
          </w:tcPr>
          <w:p w14:paraId="0526AD50" w14:textId="555A99D4" w:rsidR="00A127F3" w:rsidRPr="00A127F3" w:rsidRDefault="00A127F3" w:rsidP="00A127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 xml:space="preserve">Hindi </w:t>
            </w:r>
            <w:proofErr w:type="spellStart"/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Sulekh</w:t>
            </w:r>
            <w:proofErr w:type="spellEnd"/>
            <w:r w:rsidRPr="00A127F3">
              <w:rPr>
                <w:rFonts w:ascii="Times New Roman" w:hAnsi="Times New Roman" w:cs="Times New Roman"/>
                <w:sz w:val="28"/>
                <w:szCs w:val="28"/>
              </w:rPr>
              <w:t xml:space="preserve"> - 1</w:t>
            </w:r>
          </w:p>
        </w:tc>
      </w:tr>
      <w:tr w:rsidR="00A127F3" w:rsidRPr="00A127F3" w14:paraId="10A61BB9" w14:textId="77777777" w:rsidTr="00A21EE6">
        <w:trPr>
          <w:trHeight w:val="332"/>
        </w:trPr>
        <w:tc>
          <w:tcPr>
            <w:tcW w:w="1299" w:type="dxa"/>
          </w:tcPr>
          <w:p w14:paraId="4A391A54" w14:textId="77777777" w:rsidR="00A127F3" w:rsidRPr="00A127F3" w:rsidRDefault="00A127F3" w:rsidP="00A127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576" w:type="dxa"/>
          </w:tcPr>
          <w:p w14:paraId="0BB3ED5F" w14:textId="000CE9C8" w:rsidR="00A127F3" w:rsidRPr="00A127F3" w:rsidRDefault="00A127F3" w:rsidP="00A127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Environmental Studies - 1</w:t>
            </w:r>
          </w:p>
        </w:tc>
      </w:tr>
      <w:tr w:rsidR="00A127F3" w:rsidRPr="00A127F3" w14:paraId="5D7E633B" w14:textId="77777777" w:rsidTr="00A21EE6">
        <w:trPr>
          <w:trHeight w:val="332"/>
        </w:trPr>
        <w:tc>
          <w:tcPr>
            <w:tcW w:w="1299" w:type="dxa"/>
          </w:tcPr>
          <w:p w14:paraId="4F824340" w14:textId="77777777" w:rsidR="00A127F3" w:rsidRPr="00A127F3" w:rsidRDefault="00A127F3" w:rsidP="00A127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576" w:type="dxa"/>
          </w:tcPr>
          <w:p w14:paraId="535ACD2F" w14:textId="270F28B8" w:rsidR="00A127F3" w:rsidRPr="00A127F3" w:rsidRDefault="00A127F3" w:rsidP="00A127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Cursive Writing</w:t>
            </w:r>
          </w:p>
        </w:tc>
      </w:tr>
      <w:tr w:rsidR="00A127F3" w:rsidRPr="00A127F3" w14:paraId="2D0C1F91" w14:textId="77777777" w:rsidTr="00A21EE6">
        <w:trPr>
          <w:trHeight w:val="332"/>
        </w:trPr>
        <w:tc>
          <w:tcPr>
            <w:tcW w:w="1299" w:type="dxa"/>
          </w:tcPr>
          <w:p w14:paraId="54B1C27F" w14:textId="77777777" w:rsidR="00A127F3" w:rsidRPr="00A127F3" w:rsidRDefault="00A127F3" w:rsidP="00A127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576" w:type="dxa"/>
          </w:tcPr>
          <w:p w14:paraId="427F69D6" w14:textId="2D988CAB" w:rsidR="00A127F3" w:rsidRPr="00A127F3" w:rsidRDefault="00A127F3" w:rsidP="00A127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Brainbot</w:t>
            </w:r>
            <w:proofErr w:type="spellEnd"/>
            <w:r w:rsidRPr="00A127F3">
              <w:rPr>
                <w:rFonts w:ascii="Times New Roman" w:hAnsi="Times New Roman" w:cs="Times New Roman"/>
                <w:sz w:val="28"/>
                <w:szCs w:val="28"/>
              </w:rPr>
              <w:t xml:space="preserve"> 2.0 AI - 1</w:t>
            </w:r>
          </w:p>
        </w:tc>
      </w:tr>
      <w:tr w:rsidR="00A127F3" w:rsidRPr="00A127F3" w14:paraId="5ECB9F10" w14:textId="77777777" w:rsidTr="00A21EE6">
        <w:trPr>
          <w:trHeight w:val="332"/>
        </w:trPr>
        <w:tc>
          <w:tcPr>
            <w:tcW w:w="1299" w:type="dxa"/>
          </w:tcPr>
          <w:p w14:paraId="4523DBF0" w14:textId="77777777" w:rsidR="00A127F3" w:rsidRPr="00A127F3" w:rsidRDefault="00A127F3" w:rsidP="00A127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576" w:type="dxa"/>
          </w:tcPr>
          <w:p w14:paraId="0BB94D00" w14:textId="42695A8E" w:rsidR="00A127F3" w:rsidRPr="00A127F3" w:rsidRDefault="00A127F3" w:rsidP="00A127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Brainvita</w:t>
            </w:r>
            <w:proofErr w:type="spellEnd"/>
            <w:r w:rsidRPr="00A127F3">
              <w:rPr>
                <w:rFonts w:ascii="Times New Roman" w:hAnsi="Times New Roman" w:cs="Times New Roman"/>
                <w:sz w:val="28"/>
                <w:szCs w:val="28"/>
              </w:rPr>
              <w:t xml:space="preserve"> 360 - 1</w:t>
            </w:r>
          </w:p>
        </w:tc>
      </w:tr>
      <w:tr w:rsidR="00A127F3" w:rsidRPr="00A127F3" w14:paraId="6118D5B0" w14:textId="77777777" w:rsidTr="00A21EE6">
        <w:trPr>
          <w:trHeight w:val="332"/>
        </w:trPr>
        <w:tc>
          <w:tcPr>
            <w:tcW w:w="1299" w:type="dxa"/>
          </w:tcPr>
          <w:p w14:paraId="44A20D24" w14:textId="77777777" w:rsidR="00A127F3" w:rsidRPr="00A127F3" w:rsidRDefault="00A127F3" w:rsidP="00A127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576" w:type="dxa"/>
          </w:tcPr>
          <w:p w14:paraId="17DF003D" w14:textId="69EBA08C" w:rsidR="00A127F3" w:rsidRPr="00A127F3" w:rsidRDefault="00A127F3" w:rsidP="00A127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Colours</w:t>
            </w:r>
            <w:proofErr w:type="spellEnd"/>
            <w:r w:rsidRPr="00A127F3">
              <w:rPr>
                <w:rFonts w:ascii="Times New Roman" w:hAnsi="Times New Roman" w:cs="Times New Roman"/>
                <w:sz w:val="28"/>
                <w:szCs w:val="28"/>
              </w:rPr>
              <w:t xml:space="preserve"> and Craft - 1</w:t>
            </w:r>
          </w:p>
        </w:tc>
      </w:tr>
    </w:tbl>
    <w:p w14:paraId="10CA9D41" w14:textId="77777777" w:rsidR="00E053F7" w:rsidRPr="00A127F3" w:rsidRDefault="00E053F7" w:rsidP="00A127F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310C1FC" w14:textId="77777777" w:rsidR="009103F4" w:rsidRDefault="009103F4" w:rsidP="00A127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38ECCB" w14:textId="77777777" w:rsidR="009103F4" w:rsidRDefault="009103F4" w:rsidP="00A127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FF71B2" w14:textId="04EE8A36" w:rsidR="00A127F3" w:rsidRPr="00A127F3" w:rsidRDefault="00A127F3" w:rsidP="00A127F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127F3">
        <w:rPr>
          <w:rFonts w:ascii="Times New Roman" w:hAnsi="Times New Roman" w:cs="Times New Roman"/>
          <w:b/>
          <w:sz w:val="28"/>
          <w:szCs w:val="28"/>
        </w:rPr>
        <w:t>Class – II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34"/>
        <w:gridCol w:w="7396"/>
      </w:tblGrid>
      <w:tr w:rsidR="00A127F3" w:rsidRPr="00A127F3" w14:paraId="191E7F58" w14:textId="77777777" w:rsidTr="00A127F3">
        <w:trPr>
          <w:trHeight w:val="272"/>
          <w:jc w:val="center"/>
        </w:trPr>
        <w:tc>
          <w:tcPr>
            <w:tcW w:w="1248" w:type="dxa"/>
          </w:tcPr>
          <w:p w14:paraId="2DB9A483" w14:textId="77777777" w:rsidR="00A127F3" w:rsidRPr="00A127F3" w:rsidRDefault="00A127F3" w:rsidP="00A127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b/>
                <w:sz w:val="28"/>
                <w:szCs w:val="28"/>
              </w:rPr>
              <w:t>S.N.</w:t>
            </w:r>
          </w:p>
        </w:tc>
        <w:tc>
          <w:tcPr>
            <w:tcW w:w="7548" w:type="dxa"/>
          </w:tcPr>
          <w:p w14:paraId="45E9102E" w14:textId="508FA630" w:rsidR="00A127F3" w:rsidRPr="00A127F3" w:rsidRDefault="00A127F3" w:rsidP="00A127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Name of the Books</w:t>
            </w:r>
          </w:p>
        </w:tc>
      </w:tr>
      <w:tr w:rsidR="00A127F3" w:rsidRPr="00A127F3" w14:paraId="2FD79332" w14:textId="77777777" w:rsidTr="00A127F3">
        <w:trPr>
          <w:trHeight w:val="253"/>
          <w:jc w:val="center"/>
        </w:trPr>
        <w:tc>
          <w:tcPr>
            <w:tcW w:w="1248" w:type="dxa"/>
            <w:vAlign w:val="center"/>
          </w:tcPr>
          <w:p w14:paraId="42080326" w14:textId="77777777" w:rsidR="00A127F3" w:rsidRPr="00A127F3" w:rsidRDefault="00A127F3" w:rsidP="00A127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48" w:type="dxa"/>
            <w:vAlign w:val="center"/>
          </w:tcPr>
          <w:p w14:paraId="486D9AC7" w14:textId="758AC981" w:rsidR="00A127F3" w:rsidRPr="00A127F3" w:rsidRDefault="00A127F3" w:rsidP="00A127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Raintree English - 2</w:t>
            </w:r>
          </w:p>
        </w:tc>
      </w:tr>
      <w:tr w:rsidR="00A127F3" w:rsidRPr="00A127F3" w14:paraId="456E24BC" w14:textId="77777777" w:rsidTr="00A127F3">
        <w:trPr>
          <w:trHeight w:val="272"/>
          <w:jc w:val="center"/>
        </w:trPr>
        <w:tc>
          <w:tcPr>
            <w:tcW w:w="1248" w:type="dxa"/>
            <w:vAlign w:val="center"/>
          </w:tcPr>
          <w:p w14:paraId="7C36A2E7" w14:textId="77777777" w:rsidR="00A127F3" w:rsidRPr="00A127F3" w:rsidRDefault="00A127F3" w:rsidP="00A127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548" w:type="dxa"/>
            <w:vAlign w:val="center"/>
          </w:tcPr>
          <w:p w14:paraId="57146B88" w14:textId="00FC8098" w:rsidR="00A127F3" w:rsidRPr="00A127F3" w:rsidRDefault="00A127F3" w:rsidP="00A127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Bliss</w:t>
            </w:r>
            <w:r w:rsidR="00096B13">
              <w:rPr>
                <w:rFonts w:ascii="Times New Roman" w:hAnsi="Times New Roman" w:cs="Times New Roman"/>
                <w:sz w:val="28"/>
                <w:szCs w:val="28"/>
              </w:rPr>
              <w:t xml:space="preserve"> Maths</w:t>
            </w: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 xml:space="preserve"> - 2 (Without W/S)</w:t>
            </w:r>
          </w:p>
        </w:tc>
      </w:tr>
      <w:tr w:rsidR="00A127F3" w:rsidRPr="00A127F3" w14:paraId="197DD338" w14:textId="77777777" w:rsidTr="00A127F3">
        <w:trPr>
          <w:trHeight w:val="253"/>
          <w:jc w:val="center"/>
        </w:trPr>
        <w:tc>
          <w:tcPr>
            <w:tcW w:w="1248" w:type="dxa"/>
            <w:vAlign w:val="center"/>
          </w:tcPr>
          <w:p w14:paraId="2D842274" w14:textId="77777777" w:rsidR="00A127F3" w:rsidRPr="00A127F3" w:rsidRDefault="00A127F3" w:rsidP="00A127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48" w:type="dxa"/>
            <w:vAlign w:val="center"/>
          </w:tcPr>
          <w:p w14:paraId="412A9408" w14:textId="042EA124" w:rsidR="00A127F3" w:rsidRPr="00A127F3" w:rsidRDefault="00A127F3" w:rsidP="00A127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Environmental Studies - 2</w:t>
            </w:r>
          </w:p>
        </w:tc>
      </w:tr>
      <w:tr w:rsidR="00A127F3" w:rsidRPr="00A127F3" w14:paraId="0EFADE06" w14:textId="77777777" w:rsidTr="00A127F3">
        <w:trPr>
          <w:trHeight w:val="272"/>
          <w:jc w:val="center"/>
        </w:trPr>
        <w:tc>
          <w:tcPr>
            <w:tcW w:w="1248" w:type="dxa"/>
            <w:vAlign w:val="center"/>
          </w:tcPr>
          <w:p w14:paraId="0B1CDCCB" w14:textId="77777777" w:rsidR="00A127F3" w:rsidRPr="00A127F3" w:rsidRDefault="00A127F3" w:rsidP="00A127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548" w:type="dxa"/>
            <w:vAlign w:val="center"/>
          </w:tcPr>
          <w:p w14:paraId="6D4F1C3A" w14:textId="45D6B57E" w:rsidR="00A127F3" w:rsidRPr="00A127F3" w:rsidRDefault="00A127F3" w:rsidP="00A127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 xml:space="preserve">Hindi </w:t>
            </w:r>
            <w:proofErr w:type="spellStart"/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Pathmala</w:t>
            </w:r>
            <w:proofErr w:type="spellEnd"/>
            <w:r w:rsidRPr="00A127F3">
              <w:rPr>
                <w:rFonts w:ascii="Times New Roman" w:hAnsi="Times New Roman" w:cs="Times New Roman"/>
                <w:sz w:val="28"/>
                <w:szCs w:val="28"/>
              </w:rPr>
              <w:t xml:space="preserve"> - 2</w:t>
            </w:r>
          </w:p>
        </w:tc>
      </w:tr>
      <w:tr w:rsidR="00A127F3" w:rsidRPr="00A127F3" w14:paraId="55E5C9E2" w14:textId="77777777" w:rsidTr="00A127F3">
        <w:trPr>
          <w:trHeight w:val="272"/>
          <w:jc w:val="center"/>
        </w:trPr>
        <w:tc>
          <w:tcPr>
            <w:tcW w:w="1248" w:type="dxa"/>
            <w:vAlign w:val="center"/>
          </w:tcPr>
          <w:p w14:paraId="492456E2" w14:textId="77777777" w:rsidR="00A127F3" w:rsidRPr="00A127F3" w:rsidRDefault="00A127F3" w:rsidP="00A127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548" w:type="dxa"/>
            <w:vAlign w:val="center"/>
          </w:tcPr>
          <w:p w14:paraId="1225F99D" w14:textId="54C381FB" w:rsidR="00A127F3" w:rsidRPr="00A127F3" w:rsidRDefault="00A127F3" w:rsidP="00A127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 xml:space="preserve">Hindi </w:t>
            </w:r>
            <w:proofErr w:type="spellStart"/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Sulekh</w:t>
            </w:r>
            <w:proofErr w:type="spellEnd"/>
            <w:r w:rsidRPr="00A127F3">
              <w:rPr>
                <w:rFonts w:ascii="Times New Roman" w:hAnsi="Times New Roman" w:cs="Times New Roman"/>
                <w:sz w:val="28"/>
                <w:szCs w:val="28"/>
              </w:rPr>
              <w:t xml:space="preserve"> - 2</w:t>
            </w:r>
          </w:p>
        </w:tc>
      </w:tr>
      <w:tr w:rsidR="00A127F3" w:rsidRPr="00A127F3" w14:paraId="4AAF489B" w14:textId="77777777" w:rsidTr="00A127F3">
        <w:trPr>
          <w:trHeight w:val="253"/>
          <w:jc w:val="center"/>
        </w:trPr>
        <w:tc>
          <w:tcPr>
            <w:tcW w:w="1248" w:type="dxa"/>
            <w:vAlign w:val="center"/>
          </w:tcPr>
          <w:p w14:paraId="6B7ED8BD" w14:textId="77777777" w:rsidR="00A127F3" w:rsidRPr="00A127F3" w:rsidRDefault="00A127F3" w:rsidP="00A127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548" w:type="dxa"/>
            <w:vAlign w:val="center"/>
          </w:tcPr>
          <w:p w14:paraId="7C4DAB3D" w14:textId="7B7AAEC7" w:rsidR="00A127F3" w:rsidRPr="00A127F3" w:rsidRDefault="00A127F3" w:rsidP="00A127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27F3">
              <w:rPr>
                <w:rFonts w:ascii="Times New Roman" w:hAnsi="Times New Roman" w:cs="Times New Roman"/>
                <w:sz w:val="28"/>
                <w:szCs w:val="28"/>
              </w:rPr>
              <w:t xml:space="preserve">Vyakaran </w:t>
            </w:r>
            <w:proofErr w:type="spellEnd"/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Anand - 2</w:t>
            </w:r>
          </w:p>
        </w:tc>
      </w:tr>
      <w:tr w:rsidR="00A127F3" w:rsidRPr="00A127F3" w14:paraId="6F058C80" w14:textId="77777777" w:rsidTr="00A127F3">
        <w:trPr>
          <w:trHeight w:val="272"/>
          <w:jc w:val="center"/>
        </w:trPr>
        <w:tc>
          <w:tcPr>
            <w:tcW w:w="1248" w:type="dxa"/>
            <w:vAlign w:val="center"/>
          </w:tcPr>
          <w:p w14:paraId="41814F7B" w14:textId="77777777" w:rsidR="00A127F3" w:rsidRPr="00A127F3" w:rsidRDefault="00A127F3" w:rsidP="00A127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548" w:type="dxa"/>
            <w:vAlign w:val="center"/>
          </w:tcPr>
          <w:p w14:paraId="18D2EE1D" w14:textId="248B0049" w:rsidR="00A127F3" w:rsidRPr="00A127F3" w:rsidRDefault="00A127F3" w:rsidP="00A127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Cursive Writing - 2</w:t>
            </w:r>
          </w:p>
        </w:tc>
      </w:tr>
      <w:tr w:rsidR="00A127F3" w:rsidRPr="00A127F3" w14:paraId="6915B9C9" w14:textId="77777777" w:rsidTr="00A127F3">
        <w:trPr>
          <w:trHeight w:val="253"/>
          <w:jc w:val="center"/>
        </w:trPr>
        <w:tc>
          <w:tcPr>
            <w:tcW w:w="1248" w:type="dxa"/>
            <w:vAlign w:val="center"/>
          </w:tcPr>
          <w:p w14:paraId="42EBECA8" w14:textId="77777777" w:rsidR="00A127F3" w:rsidRPr="00A127F3" w:rsidRDefault="00A127F3" w:rsidP="00A127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548" w:type="dxa"/>
            <w:vAlign w:val="center"/>
          </w:tcPr>
          <w:p w14:paraId="6FE2C112" w14:textId="1C36D235" w:rsidR="00A127F3" w:rsidRPr="00A127F3" w:rsidRDefault="00A127F3" w:rsidP="00A127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Mission Grammar - 2</w:t>
            </w:r>
          </w:p>
        </w:tc>
      </w:tr>
      <w:tr w:rsidR="00A127F3" w:rsidRPr="00A127F3" w14:paraId="25B5C2AF" w14:textId="77777777" w:rsidTr="00A127F3">
        <w:trPr>
          <w:trHeight w:val="272"/>
          <w:jc w:val="center"/>
        </w:trPr>
        <w:tc>
          <w:tcPr>
            <w:tcW w:w="1248" w:type="dxa"/>
            <w:vAlign w:val="center"/>
          </w:tcPr>
          <w:p w14:paraId="018543BE" w14:textId="77777777" w:rsidR="00A127F3" w:rsidRPr="00A127F3" w:rsidRDefault="00A127F3" w:rsidP="00A127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548" w:type="dxa"/>
            <w:vAlign w:val="center"/>
          </w:tcPr>
          <w:p w14:paraId="70847CD4" w14:textId="392B7B49" w:rsidR="00A127F3" w:rsidRPr="00A127F3" w:rsidRDefault="00A127F3" w:rsidP="00A127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27F3">
              <w:rPr>
                <w:rFonts w:ascii="Times New Roman" w:hAnsi="Times New Roman" w:cs="Times New Roman"/>
                <w:sz w:val="28"/>
                <w:szCs w:val="28"/>
              </w:rPr>
              <w:t xml:space="preserve">Colours </w:t>
            </w:r>
            <w:proofErr w:type="spellEnd"/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and Craft - 2</w:t>
            </w:r>
          </w:p>
        </w:tc>
      </w:tr>
      <w:tr w:rsidR="00A127F3" w:rsidRPr="00A127F3" w14:paraId="74236768" w14:textId="77777777" w:rsidTr="00A127F3">
        <w:trPr>
          <w:trHeight w:val="272"/>
          <w:jc w:val="center"/>
        </w:trPr>
        <w:tc>
          <w:tcPr>
            <w:tcW w:w="1248" w:type="dxa"/>
            <w:vAlign w:val="center"/>
          </w:tcPr>
          <w:p w14:paraId="48FA87B8" w14:textId="77777777" w:rsidR="00A127F3" w:rsidRPr="00A127F3" w:rsidRDefault="00A127F3" w:rsidP="00A127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548" w:type="dxa"/>
            <w:vAlign w:val="center"/>
          </w:tcPr>
          <w:p w14:paraId="4E357702" w14:textId="130EB1F0" w:rsidR="00A127F3" w:rsidRPr="00A127F3" w:rsidRDefault="00A127F3" w:rsidP="00A127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27F3">
              <w:rPr>
                <w:rFonts w:ascii="Times New Roman" w:hAnsi="Times New Roman" w:cs="Times New Roman"/>
                <w:sz w:val="28"/>
                <w:szCs w:val="28"/>
              </w:rPr>
              <w:t xml:space="preserve">Brainbot </w:t>
            </w:r>
            <w:proofErr w:type="spellEnd"/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2.0 AI - 2</w:t>
            </w:r>
          </w:p>
        </w:tc>
      </w:tr>
      <w:tr w:rsidR="00A127F3" w:rsidRPr="00A127F3" w14:paraId="76DADB3F" w14:textId="77777777" w:rsidTr="00A127F3">
        <w:trPr>
          <w:trHeight w:val="253"/>
          <w:jc w:val="center"/>
        </w:trPr>
        <w:tc>
          <w:tcPr>
            <w:tcW w:w="1248" w:type="dxa"/>
            <w:vAlign w:val="center"/>
          </w:tcPr>
          <w:p w14:paraId="0D42FF43" w14:textId="77777777" w:rsidR="00A127F3" w:rsidRPr="00A127F3" w:rsidRDefault="00A127F3" w:rsidP="00A127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7548" w:type="dxa"/>
            <w:vAlign w:val="center"/>
          </w:tcPr>
          <w:p w14:paraId="5E477831" w14:textId="2AB9CA07" w:rsidR="00A127F3" w:rsidRPr="00A127F3" w:rsidRDefault="00A127F3" w:rsidP="00A127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Brainvita</w:t>
            </w:r>
            <w:proofErr w:type="spellEnd"/>
            <w:r w:rsidRPr="00A127F3">
              <w:rPr>
                <w:rFonts w:ascii="Times New Roman" w:hAnsi="Times New Roman" w:cs="Times New Roman"/>
                <w:sz w:val="28"/>
                <w:szCs w:val="28"/>
              </w:rPr>
              <w:t xml:space="preserve"> with G.K.</w:t>
            </w:r>
          </w:p>
        </w:tc>
      </w:tr>
    </w:tbl>
    <w:p w14:paraId="4519EBDC" w14:textId="77777777" w:rsidR="00A127F3" w:rsidRPr="00A127F3" w:rsidRDefault="00A127F3" w:rsidP="00A127F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E7A2706" w14:textId="77777777" w:rsidR="00A127F3" w:rsidRPr="00A7167B" w:rsidRDefault="00A127F3" w:rsidP="00A127F3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A7167B">
        <w:rPr>
          <w:rFonts w:ascii="Times New Roman" w:hAnsi="Times New Roman" w:cs="Times New Roman"/>
          <w:b/>
          <w:sz w:val="32"/>
          <w:szCs w:val="32"/>
        </w:rPr>
        <w:t>Class – III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51"/>
        <w:gridCol w:w="7379"/>
      </w:tblGrid>
      <w:tr w:rsidR="00A127F3" w:rsidRPr="00A127F3" w14:paraId="3CA0CD20" w14:textId="77777777" w:rsidTr="00A127F3">
        <w:trPr>
          <w:jc w:val="center"/>
        </w:trPr>
        <w:tc>
          <w:tcPr>
            <w:tcW w:w="1278" w:type="dxa"/>
          </w:tcPr>
          <w:p w14:paraId="7F37CB52" w14:textId="77777777" w:rsidR="00A127F3" w:rsidRPr="00A127F3" w:rsidRDefault="00A127F3" w:rsidP="00A127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b/>
                <w:sz w:val="28"/>
                <w:szCs w:val="28"/>
              </w:rPr>
              <w:t>S N</w:t>
            </w:r>
          </w:p>
        </w:tc>
        <w:tc>
          <w:tcPr>
            <w:tcW w:w="7578" w:type="dxa"/>
          </w:tcPr>
          <w:p w14:paraId="1A800732" w14:textId="580061DA" w:rsidR="00A127F3" w:rsidRPr="00A127F3" w:rsidRDefault="00A127F3" w:rsidP="00A127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b/>
                <w:sz w:val="28"/>
                <w:szCs w:val="28"/>
              </w:rPr>
              <w:t>Name of the Books</w:t>
            </w:r>
          </w:p>
        </w:tc>
      </w:tr>
      <w:tr w:rsidR="00A127F3" w:rsidRPr="00A127F3" w14:paraId="1971F77D" w14:textId="77777777" w:rsidTr="00A127F3">
        <w:trPr>
          <w:jc w:val="center"/>
        </w:trPr>
        <w:tc>
          <w:tcPr>
            <w:tcW w:w="1278" w:type="dxa"/>
            <w:vAlign w:val="center"/>
          </w:tcPr>
          <w:p w14:paraId="7FEA14CB" w14:textId="77777777" w:rsidR="00A127F3" w:rsidRPr="00A127F3" w:rsidRDefault="00A127F3" w:rsidP="00A127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78" w:type="dxa"/>
            <w:vAlign w:val="center"/>
          </w:tcPr>
          <w:p w14:paraId="522CBD96" w14:textId="13D03CDC" w:rsidR="00A127F3" w:rsidRPr="00A127F3" w:rsidRDefault="00A127F3" w:rsidP="00A127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Raintree English - 3</w:t>
            </w:r>
          </w:p>
        </w:tc>
      </w:tr>
      <w:tr w:rsidR="00A127F3" w:rsidRPr="00A127F3" w14:paraId="2B202672" w14:textId="77777777" w:rsidTr="00A127F3">
        <w:trPr>
          <w:jc w:val="center"/>
        </w:trPr>
        <w:tc>
          <w:tcPr>
            <w:tcW w:w="1278" w:type="dxa"/>
            <w:vAlign w:val="center"/>
          </w:tcPr>
          <w:p w14:paraId="443041A3" w14:textId="77777777" w:rsidR="00A127F3" w:rsidRPr="00A127F3" w:rsidRDefault="00A127F3" w:rsidP="00A127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578" w:type="dxa"/>
            <w:vAlign w:val="center"/>
          </w:tcPr>
          <w:p w14:paraId="0A52F225" w14:textId="07D8CAC4" w:rsidR="00A127F3" w:rsidRPr="00A127F3" w:rsidRDefault="00A127F3" w:rsidP="00A127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 xml:space="preserve">Bliss </w:t>
            </w:r>
            <w:r w:rsidR="00096B13">
              <w:rPr>
                <w:rFonts w:ascii="Times New Roman" w:hAnsi="Times New Roman" w:cs="Times New Roman"/>
                <w:sz w:val="28"/>
                <w:szCs w:val="28"/>
              </w:rPr>
              <w:t xml:space="preserve">Maths </w:t>
            </w: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- 3 (Without W/S)</w:t>
            </w:r>
          </w:p>
        </w:tc>
      </w:tr>
      <w:tr w:rsidR="00A127F3" w:rsidRPr="00A127F3" w14:paraId="1EA04980" w14:textId="77777777" w:rsidTr="00A127F3">
        <w:trPr>
          <w:jc w:val="center"/>
        </w:trPr>
        <w:tc>
          <w:tcPr>
            <w:tcW w:w="1278" w:type="dxa"/>
            <w:vAlign w:val="center"/>
          </w:tcPr>
          <w:p w14:paraId="0B6FB550" w14:textId="77777777" w:rsidR="00A127F3" w:rsidRPr="00A127F3" w:rsidRDefault="00A127F3" w:rsidP="00A127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78" w:type="dxa"/>
            <w:vAlign w:val="center"/>
          </w:tcPr>
          <w:p w14:paraId="578B85FE" w14:textId="5E18C5D7" w:rsidR="00A127F3" w:rsidRPr="00A127F3" w:rsidRDefault="00096B13" w:rsidP="00A127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="00A127F3" w:rsidRPr="00A127F3">
              <w:rPr>
                <w:rFonts w:ascii="Times New Roman" w:hAnsi="Times New Roman" w:cs="Times New Roman"/>
                <w:sz w:val="28"/>
                <w:szCs w:val="28"/>
              </w:rPr>
              <w:t>he World Around Us - 3</w:t>
            </w:r>
          </w:p>
        </w:tc>
      </w:tr>
      <w:tr w:rsidR="00A127F3" w:rsidRPr="00A127F3" w14:paraId="2BA03219" w14:textId="77777777" w:rsidTr="00A127F3">
        <w:trPr>
          <w:jc w:val="center"/>
        </w:trPr>
        <w:tc>
          <w:tcPr>
            <w:tcW w:w="1278" w:type="dxa"/>
            <w:vAlign w:val="center"/>
          </w:tcPr>
          <w:p w14:paraId="06308061" w14:textId="77777777" w:rsidR="00A127F3" w:rsidRPr="00A127F3" w:rsidRDefault="00A127F3" w:rsidP="00A127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578" w:type="dxa"/>
            <w:vAlign w:val="center"/>
          </w:tcPr>
          <w:p w14:paraId="0DB9CAA7" w14:textId="43056718" w:rsidR="00A127F3" w:rsidRPr="00A127F3" w:rsidRDefault="00A127F3" w:rsidP="00A127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 xml:space="preserve">Hindi </w:t>
            </w:r>
            <w:proofErr w:type="spellStart"/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Pathmala</w:t>
            </w:r>
            <w:proofErr w:type="spellEnd"/>
            <w:r w:rsidRPr="00A127F3">
              <w:rPr>
                <w:rFonts w:ascii="Times New Roman" w:hAnsi="Times New Roman" w:cs="Times New Roman"/>
                <w:sz w:val="28"/>
                <w:szCs w:val="28"/>
              </w:rPr>
              <w:t xml:space="preserve"> - 3</w:t>
            </w:r>
          </w:p>
        </w:tc>
      </w:tr>
      <w:tr w:rsidR="00A127F3" w:rsidRPr="00A127F3" w14:paraId="7B217BBB" w14:textId="77777777" w:rsidTr="00A127F3">
        <w:trPr>
          <w:jc w:val="center"/>
        </w:trPr>
        <w:tc>
          <w:tcPr>
            <w:tcW w:w="1278" w:type="dxa"/>
            <w:vAlign w:val="center"/>
          </w:tcPr>
          <w:p w14:paraId="3BAEC339" w14:textId="77777777" w:rsidR="00A127F3" w:rsidRPr="00A127F3" w:rsidRDefault="00A127F3" w:rsidP="00A127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578" w:type="dxa"/>
            <w:vAlign w:val="center"/>
          </w:tcPr>
          <w:p w14:paraId="3A8428E4" w14:textId="44A58B59" w:rsidR="00A127F3" w:rsidRPr="00A127F3" w:rsidRDefault="00A127F3" w:rsidP="00A127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27F3">
              <w:rPr>
                <w:rFonts w:ascii="Times New Roman" w:hAnsi="Times New Roman" w:cs="Times New Roman"/>
                <w:sz w:val="28"/>
                <w:szCs w:val="28"/>
              </w:rPr>
              <w:t xml:space="preserve">Vyakaran </w:t>
            </w:r>
            <w:proofErr w:type="spellEnd"/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Anand - 3</w:t>
            </w:r>
          </w:p>
        </w:tc>
      </w:tr>
      <w:tr w:rsidR="00A127F3" w:rsidRPr="00A127F3" w14:paraId="7F4CC51C" w14:textId="77777777" w:rsidTr="00A127F3">
        <w:trPr>
          <w:jc w:val="center"/>
        </w:trPr>
        <w:tc>
          <w:tcPr>
            <w:tcW w:w="1278" w:type="dxa"/>
            <w:vAlign w:val="center"/>
          </w:tcPr>
          <w:p w14:paraId="4E94AB05" w14:textId="77777777" w:rsidR="00A127F3" w:rsidRPr="00A127F3" w:rsidRDefault="00A127F3" w:rsidP="00A127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578" w:type="dxa"/>
            <w:vAlign w:val="center"/>
          </w:tcPr>
          <w:p w14:paraId="3871C2D9" w14:textId="680F3C53" w:rsidR="00A127F3" w:rsidRPr="00A127F3" w:rsidRDefault="00A127F3" w:rsidP="00A127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 xml:space="preserve"> Mission Grammar - 3</w:t>
            </w:r>
          </w:p>
        </w:tc>
      </w:tr>
      <w:tr w:rsidR="00A127F3" w:rsidRPr="00A127F3" w14:paraId="24ECF1E9" w14:textId="77777777" w:rsidTr="00A127F3">
        <w:trPr>
          <w:jc w:val="center"/>
        </w:trPr>
        <w:tc>
          <w:tcPr>
            <w:tcW w:w="1278" w:type="dxa"/>
            <w:vAlign w:val="center"/>
          </w:tcPr>
          <w:p w14:paraId="3F32D1E9" w14:textId="77777777" w:rsidR="00A127F3" w:rsidRPr="00A127F3" w:rsidRDefault="00A127F3" w:rsidP="00A127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578" w:type="dxa"/>
            <w:vAlign w:val="center"/>
          </w:tcPr>
          <w:p w14:paraId="1BABB289" w14:textId="1F8A6E5A" w:rsidR="00A127F3" w:rsidRPr="00A127F3" w:rsidRDefault="00A127F3" w:rsidP="00A127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Colours</w:t>
            </w:r>
            <w:proofErr w:type="spellEnd"/>
            <w:r w:rsidRPr="00A127F3">
              <w:rPr>
                <w:rFonts w:ascii="Times New Roman" w:hAnsi="Times New Roman" w:cs="Times New Roman"/>
                <w:sz w:val="28"/>
                <w:szCs w:val="28"/>
              </w:rPr>
              <w:t xml:space="preserve"> and Craft - 3</w:t>
            </w:r>
          </w:p>
        </w:tc>
      </w:tr>
      <w:tr w:rsidR="00A127F3" w:rsidRPr="00A127F3" w14:paraId="3634E019" w14:textId="77777777" w:rsidTr="00A127F3">
        <w:trPr>
          <w:jc w:val="center"/>
        </w:trPr>
        <w:tc>
          <w:tcPr>
            <w:tcW w:w="1278" w:type="dxa"/>
            <w:vAlign w:val="center"/>
          </w:tcPr>
          <w:p w14:paraId="31093DB4" w14:textId="77777777" w:rsidR="00A127F3" w:rsidRPr="00A127F3" w:rsidRDefault="00A127F3" w:rsidP="00A127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578" w:type="dxa"/>
            <w:vAlign w:val="center"/>
          </w:tcPr>
          <w:p w14:paraId="4A90F5DC" w14:textId="0C17C41A" w:rsidR="00A127F3" w:rsidRPr="00A127F3" w:rsidRDefault="00A127F3" w:rsidP="00A127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27F3">
              <w:rPr>
                <w:rFonts w:ascii="Times New Roman" w:hAnsi="Times New Roman" w:cs="Times New Roman"/>
                <w:sz w:val="28"/>
                <w:szCs w:val="28"/>
              </w:rPr>
              <w:t xml:space="preserve">Brainbot 2.0 </w:t>
            </w:r>
            <w:proofErr w:type="spellEnd"/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AI - 3</w:t>
            </w:r>
          </w:p>
        </w:tc>
      </w:tr>
      <w:tr w:rsidR="00A127F3" w:rsidRPr="00A127F3" w14:paraId="4FA67580" w14:textId="77777777" w:rsidTr="00A127F3">
        <w:trPr>
          <w:jc w:val="center"/>
        </w:trPr>
        <w:tc>
          <w:tcPr>
            <w:tcW w:w="1278" w:type="dxa"/>
            <w:vAlign w:val="center"/>
          </w:tcPr>
          <w:p w14:paraId="2585FD7E" w14:textId="77777777" w:rsidR="00A127F3" w:rsidRPr="00A127F3" w:rsidRDefault="00A127F3" w:rsidP="00A127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578" w:type="dxa"/>
            <w:vAlign w:val="center"/>
          </w:tcPr>
          <w:p w14:paraId="205A9F85" w14:textId="179B6A0E" w:rsidR="00A127F3" w:rsidRPr="00A127F3" w:rsidRDefault="00A127F3" w:rsidP="00A127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Brainvita</w:t>
            </w:r>
            <w:proofErr w:type="spellEnd"/>
            <w:r w:rsidRPr="00A127F3">
              <w:rPr>
                <w:rFonts w:ascii="Times New Roman" w:hAnsi="Times New Roman" w:cs="Times New Roman"/>
                <w:sz w:val="28"/>
                <w:szCs w:val="28"/>
              </w:rPr>
              <w:t xml:space="preserve"> 360-3</w:t>
            </w:r>
          </w:p>
        </w:tc>
      </w:tr>
    </w:tbl>
    <w:p w14:paraId="3FF69494" w14:textId="77777777" w:rsidR="009B7194" w:rsidRDefault="009B7194" w:rsidP="00A127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AECCE0" w14:textId="77777777" w:rsidR="00A127F3" w:rsidRPr="00A7167B" w:rsidRDefault="00A127F3" w:rsidP="00A127F3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A7167B">
        <w:rPr>
          <w:rFonts w:ascii="Times New Roman" w:hAnsi="Times New Roman" w:cs="Times New Roman"/>
          <w:b/>
          <w:sz w:val="32"/>
          <w:szCs w:val="32"/>
        </w:rPr>
        <w:t>Class – IV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51"/>
        <w:gridCol w:w="7379"/>
      </w:tblGrid>
      <w:tr w:rsidR="00A127F3" w:rsidRPr="00A127F3" w14:paraId="6A7D80F1" w14:textId="77777777" w:rsidTr="00A127F3">
        <w:trPr>
          <w:trHeight w:val="262"/>
          <w:jc w:val="center"/>
        </w:trPr>
        <w:tc>
          <w:tcPr>
            <w:tcW w:w="1268" w:type="dxa"/>
            <w:vAlign w:val="center"/>
          </w:tcPr>
          <w:p w14:paraId="59F6A8C8" w14:textId="77777777" w:rsidR="00A127F3" w:rsidRPr="00A127F3" w:rsidRDefault="00A127F3" w:rsidP="00A127F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S.N.</w:t>
            </w:r>
          </w:p>
        </w:tc>
        <w:tc>
          <w:tcPr>
            <w:tcW w:w="7568" w:type="dxa"/>
            <w:vAlign w:val="center"/>
          </w:tcPr>
          <w:p w14:paraId="66B5E0CA" w14:textId="0345E1DF" w:rsidR="00A127F3" w:rsidRPr="00A127F3" w:rsidRDefault="00A127F3" w:rsidP="00A127F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Name of the Books</w:t>
            </w:r>
          </w:p>
        </w:tc>
      </w:tr>
      <w:tr w:rsidR="00A127F3" w:rsidRPr="00A127F3" w14:paraId="49DB7460" w14:textId="77777777" w:rsidTr="00A127F3">
        <w:trPr>
          <w:trHeight w:val="244"/>
          <w:jc w:val="center"/>
        </w:trPr>
        <w:tc>
          <w:tcPr>
            <w:tcW w:w="1268" w:type="dxa"/>
            <w:vAlign w:val="center"/>
          </w:tcPr>
          <w:p w14:paraId="6BC89C67" w14:textId="77777777" w:rsidR="00A127F3" w:rsidRPr="00A127F3" w:rsidRDefault="00A127F3" w:rsidP="00A127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68" w:type="dxa"/>
            <w:vAlign w:val="center"/>
          </w:tcPr>
          <w:p w14:paraId="0A25091E" w14:textId="6EE1E6FA" w:rsidR="00A127F3" w:rsidRPr="00A127F3" w:rsidRDefault="00A127F3" w:rsidP="00A127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Raintree English - 4</w:t>
            </w:r>
          </w:p>
        </w:tc>
      </w:tr>
      <w:tr w:rsidR="00A127F3" w:rsidRPr="00A127F3" w14:paraId="1CED085F" w14:textId="77777777" w:rsidTr="00A127F3">
        <w:trPr>
          <w:trHeight w:val="262"/>
          <w:jc w:val="center"/>
        </w:trPr>
        <w:tc>
          <w:tcPr>
            <w:tcW w:w="1268" w:type="dxa"/>
            <w:vAlign w:val="center"/>
          </w:tcPr>
          <w:p w14:paraId="030C74B9" w14:textId="77777777" w:rsidR="00A127F3" w:rsidRPr="00A127F3" w:rsidRDefault="00A127F3" w:rsidP="00A127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568" w:type="dxa"/>
            <w:vAlign w:val="center"/>
          </w:tcPr>
          <w:p w14:paraId="0FE69BA0" w14:textId="621BE900" w:rsidR="00A127F3" w:rsidRPr="00A127F3" w:rsidRDefault="00A127F3" w:rsidP="00A127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 xml:space="preserve">Bliss </w:t>
            </w:r>
            <w:r w:rsidR="00096B13">
              <w:rPr>
                <w:rFonts w:ascii="Times New Roman" w:hAnsi="Times New Roman" w:cs="Times New Roman"/>
                <w:sz w:val="28"/>
                <w:szCs w:val="28"/>
              </w:rPr>
              <w:t xml:space="preserve">Maths </w:t>
            </w: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- 4 (Without W/S)</w:t>
            </w:r>
          </w:p>
        </w:tc>
      </w:tr>
      <w:tr w:rsidR="00A127F3" w:rsidRPr="00A127F3" w14:paraId="3B52A6E0" w14:textId="77777777" w:rsidTr="00A127F3">
        <w:trPr>
          <w:trHeight w:val="244"/>
          <w:jc w:val="center"/>
        </w:trPr>
        <w:tc>
          <w:tcPr>
            <w:tcW w:w="1268" w:type="dxa"/>
            <w:vAlign w:val="center"/>
          </w:tcPr>
          <w:p w14:paraId="4C66D451" w14:textId="77777777" w:rsidR="00A127F3" w:rsidRPr="00A127F3" w:rsidRDefault="00A127F3" w:rsidP="00A127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68" w:type="dxa"/>
            <w:vAlign w:val="center"/>
          </w:tcPr>
          <w:p w14:paraId="1FEBFCEC" w14:textId="0C37E1A4" w:rsidR="00A127F3" w:rsidRPr="00A127F3" w:rsidRDefault="00096B13" w:rsidP="00A127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="00A127F3" w:rsidRPr="00A127F3">
              <w:rPr>
                <w:rFonts w:ascii="Times New Roman" w:hAnsi="Times New Roman" w:cs="Times New Roman"/>
                <w:sz w:val="28"/>
                <w:szCs w:val="28"/>
              </w:rPr>
              <w:t>he World Around Us - 4</w:t>
            </w:r>
          </w:p>
        </w:tc>
      </w:tr>
      <w:tr w:rsidR="00A127F3" w:rsidRPr="00A127F3" w14:paraId="4E92E7F6" w14:textId="77777777" w:rsidTr="00A127F3">
        <w:trPr>
          <w:trHeight w:val="262"/>
          <w:jc w:val="center"/>
        </w:trPr>
        <w:tc>
          <w:tcPr>
            <w:tcW w:w="1268" w:type="dxa"/>
            <w:vAlign w:val="center"/>
          </w:tcPr>
          <w:p w14:paraId="6CD8C19B" w14:textId="77777777" w:rsidR="00A127F3" w:rsidRPr="00A127F3" w:rsidRDefault="00A127F3" w:rsidP="00A127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568" w:type="dxa"/>
            <w:vAlign w:val="center"/>
          </w:tcPr>
          <w:p w14:paraId="5288362B" w14:textId="379C4522" w:rsidR="00A127F3" w:rsidRPr="00A127F3" w:rsidRDefault="00A127F3" w:rsidP="00A127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 xml:space="preserve">Hindi </w:t>
            </w:r>
            <w:proofErr w:type="spellStart"/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Pathmala</w:t>
            </w:r>
            <w:proofErr w:type="spellEnd"/>
            <w:r w:rsidRPr="00A127F3">
              <w:rPr>
                <w:rFonts w:ascii="Times New Roman" w:hAnsi="Times New Roman" w:cs="Times New Roman"/>
                <w:sz w:val="28"/>
                <w:szCs w:val="28"/>
              </w:rPr>
              <w:t xml:space="preserve"> - 4</w:t>
            </w:r>
          </w:p>
        </w:tc>
      </w:tr>
      <w:tr w:rsidR="00A127F3" w:rsidRPr="00A127F3" w14:paraId="57BBB6EC" w14:textId="77777777" w:rsidTr="00A127F3">
        <w:trPr>
          <w:trHeight w:val="262"/>
          <w:jc w:val="center"/>
        </w:trPr>
        <w:tc>
          <w:tcPr>
            <w:tcW w:w="1268" w:type="dxa"/>
            <w:vAlign w:val="center"/>
          </w:tcPr>
          <w:p w14:paraId="74D9A81F" w14:textId="77777777" w:rsidR="00A127F3" w:rsidRPr="00A127F3" w:rsidRDefault="00A127F3" w:rsidP="00A127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568" w:type="dxa"/>
            <w:vAlign w:val="center"/>
          </w:tcPr>
          <w:p w14:paraId="5D13B2B5" w14:textId="30926E4E" w:rsidR="00A127F3" w:rsidRPr="00A127F3" w:rsidRDefault="00A127F3" w:rsidP="00A127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Vyakaran</w:t>
            </w:r>
            <w:proofErr w:type="spellEnd"/>
            <w:r w:rsidRPr="00A127F3">
              <w:rPr>
                <w:rFonts w:ascii="Times New Roman" w:hAnsi="Times New Roman" w:cs="Times New Roman"/>
                <w:sz w:val="28"/>
                <w:szCs w:val="28"/>
              </w:rPr>
              <w:t xml:space="preserve"> Anand - 4</w:t>
            </w:r>
          </w:p>
        </w:tc>
      </w:tr>
      <w:tr w:rsidR="00A127F3" w:rsidRPr="00A127F3" w14:paraId="6DD701E1" w14:textId="77777777" w:rsidTr="00A127F3">
        <w:trPr>
          <w:trHeight w:val="244"/>
          <w:jc w:val="center"/>
        </w:trPr>
        <w:tc>
          <w:tcPr>
            <w:tcW w:w="1268" w:type="dxa"/>
            <w:vAlign w:val="center"/>
          </w:tcPr>
          <w:p w14:paraId="57656E86" w14:textId="77777777" w:rsidR="00A127F3" w:rsidRPr="00A127F3" w:rsidRDefault="00A127F3" w:rsidP="00A127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568" w:type="dxa"/>
            <w:vAlign w:val="center"/>
          </w:tcPr>
          <w:p w14:paraId="694DEF02" w14:textId="5236B49C" w:rsidR="00A127F3" w:rsidRPr="00A127F3" w:rsidRDefault="00A127F3" w:rsidP="00A127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Brainvita</w:t>
            </w:r>
            <w:proofErr w:type="spellEnd"/>
            <w:r w:rsidRPr="00A127F3">
              <w:rPr>
                <w:rFonts w:ascii="Times New Roman" w:hAnsi="Times New Roman" w:cs="Times New Roman"/>
                <w:sz w:val="28"/>
                <w:szCs w:val="28"/>
              </w:rPr>
              <w:t xml:space="preserve"> 360 - 4</w:t>
            </w:r>
          </w:p>
        </w:tc>
      </w:tr>
      <w:tr w:rsidR="00A127F3" w:rsidRPr="00A127F3" w14:paraId="5AF609E2" w14:textId="77777777" w:rsidTr="00A127F3">
        <w:trPr>
          <w:trHeight w:val="262"/>
          <w:jc w:val="center"/>
        </w:trPr>
        <w:tc>
          <w:tcPr>
            <w:tcW w:w="1268" w:type="dxa"/>
            <w:vAlign w:val="center"/>
          </w:tcPr>
          <w:p w14:paraId="6C7012FD" w14:textId="77777777" w:rsidR="00A127F3" w:rsidRPr="00A127F3" w:rsidRDefault="00A127F3" w:rsidP="00A127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568" w:type="dxa"/>
            <w:vAlign w:val="center"/>
          </w:tcPr>
          <w:p w14:paraId="229576AA" w14:textId="3859EFC6" w:rsidR="00A127F3" w:rsidRPr="00A127F3" w:rsidRDefault="00A127F3" w:rsidP="00A127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Mission Grammar - 4</w:t>
            </w:r>
          </w:p>
        </w:tc>
      </w:tr>
      <w:tr w:rsidR="00A127F3" w:rsidRPr="00A127F3" w14:paraId="2CD8B020" w14:textId="77777777" w:rsidTr="00A127F3">
        <w:trPr>
          <w:trHeight w:val="244"/>
          <w:jc w:val="center"/>
        </w:trPr>
        <w:tc>
          <w:tcPr>
            <w:tcW w:w="1268" w:type="dxa"/>
            <w:vAlign w:val="center"/>
          </w:tcPr>
          <w:p w14:paraId="2BE610CC" w14:textId="77777777" w:rsidR="00A127F3" w:rsidRPr="00A127F3" w:rsidRDefault="00A127F3" w:rsidP="00A127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568" w:type="dxa"/>
            <w:vAlign w:val="center"/>
          </w:tcPr>
          <w:p w14:paraId="341F38F4" w14:textId="7FD52526" w:rsidR="00A127F3" w:rsidRPr="00A127F3" w:rsidRDefault="00A127F3" w:rsidP="00A127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27F3">
              <w:rPr>
                <w:rFonts w:ascii="Times New Roman" w:hAnsi="Times New Roman" w:cs="Times New Roman"/>
                <w:sz w:val="28"/>
                <w:szCs w:val="28"/>
              </w:rPr>
              <w:t>Brainbot</w:t>
            </w:r>
            <w:proofErr w:type="spellEnd"/>
            <w:r w:rsidRPr="00A127F3">
              <w:rPr>
                <w:rFonts w:ascii="Times New Roman" w:hAnsi="Times New Roman" w:cs="Times New Roman"/>
                <w:sz w:val="28"/>
                <w:szCs w:val="28"/>
              </w:rPr>
              <w:t xml:space="preserve"> AI - 4</w:t>
            </w:r>
          </w:p>
        </w:tc>
      </w:tr>
    </w:tbl>
    <w:p w14:paraId="0FE97A0B" w14:textId="77777777" w:rsidR="00A127F3" w:rsidRDefault="00A127F3"/>
    <w:p w14:paraId="0AFBB73D" w14:textId="77777777" w:rsidR="009B7194" w:rsidRDefault="009B7194" w:rsidP="00A127F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07C74B7" w14:textId="4F655FAF" w:rsidR="009B7194" w:rsidRPr="00A7167B" w:rsidRDefault="00A127F3" w:rsidP="00A7167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7167B">
        <w:rPr>
          <w:rFonts w:ascii="Times New Roman" w:hAnsi="Times New Roman" w:cs="Times New Roman"/>
          <w:b/>
          <w:sz w:val="32"/>
          <w:szCs w:val="32"/>
        </w:rPr>
        <w:t xml:space="preserve">Class – </w:t>
      </w:r>
      <w:r w:rsidR="00A7167B">
        <w:rPr>
          <w:rFonts w:ascii="Times New Roman" w:hAnsi="Times New Roman" w:cs="Times New Roman"/>
          <w:b/>
          <w:sz w:val="32"/>
          <w:szCs w:val="32"/>
        </w:rPr>
        <w:t>V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79"/>
        <w:gridCol w:w="7351"/>
      </w:tblGrid>
      <w:tr w:rsidR="00A127F3" w:rsidRPr="00A127F3" w14:paraId="62C86C1D" w14:textId="77777777" w:rsidTr="00A127F3">
        <w:trPr>
          <w:trHeight w:val="337"/>
          <w:jc w:val="center"/>
        </w:trPr>
        <w:tc>
          <w:tcPr>
            <w:tcW w:w="1281" w:type="dxa"/>
            <w:vAlign w:val="center"/>
          </w:tcPr>
          <w:p w14:paraId="31964CF3" w14:textId="77777777" w:rsidR="00A127F3" w:rsidRPr="00A127F3" w:rsidRDefault="00A127F3" w:rsidP="00A127F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27F3">
              <w:rPr>
                <w:rFonts w:ascii="Times New Roman" w:hAnsi="Times New Roman" w:cs="Times New Roman"/>
                <w:b/>
                <w:sz w:val="26"/>
                <w:szCs w:val="26"/>
              </w:rPr>
              <w:t>S. No.</w:t>
            </w:r>
          </w:p>
        </w:tc>
        <w:tc>
          <w:tcPr>
            <w:tcW w:w="7370" w:type="dxa"/>
            <w:vAlign w:val="center"/>
          </w:tcPr>
          <w:p w14:paraId="6E12D027" w14:textId="5D4AD8CD" w:rsidR="00A127F3" w:rsidRPr="00A127F3" w:rsidRDefault="00A127F3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27F3">
              <w:rPr>
                <w:rFonts w:ascii="Times New Roman" w:hAnsi="Times New Roman" w:cs="Times New Roman"/>
                <w:b/>
                <w:sz w:val="26"/>
                <w:szCs w:val="26"/>
              </w:rPr>
              <w:t>Name of the Books</w:t>
            </w:r>
          </w:p>
        </w:tc>
      </w:tr>
      <w:tr w:rsidR="00A127F3" w:rsidRPr="00A127F3" w14:paraId="631C917C" w14:textId="77777777" w:rsidTr="00A127F3">
        <w:trPr>
          <w:trHeight w:val="317"/>
          <w:jc w:val="center"/>
        </w:trPr>
        <w:tc>
          <w:tcPr>
            <w:tcW w:w="1281" w:type="dxa"/>
            <w:vAlign w:val="center"/>
          </w:tcPr>
          <w:p w14:paraId="3DE88FCB" w14:textId="77777777" w:rsidR="00A127F3" w:rsidRPr="00A127F3" w:rsidRDefault="00A127F3" w:rsidP="00A127F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27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370" w:type="dxa"/>
            <w:vAlign w:val="center"/>
          </w:tcPr>
          <w:p w14:paraId="1DE130DF" w14:textId="4FD6D39F" w:rsidR="00A127F3" w:rsidRPr="00A127F3" w:rsidRDefault="00A127F3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27F3">
              <w:rPr>
                <w:rFonts w:ascii="Times New Roman" w:hAnsi="Times New Roman" w:cs="Times New Roman"/>
                <w:sz w:val="26"/>
                <w:szCs w:val="26"/>
              </w:rPr>
              <w:t>Raintree English - 5</w:t>
            </w:r>
          </w:p>
        </w:tc>
      </w:tr>
      <w:tr w:rsidR="00A127F3" w:rsidRPr="00A127F3" w14:paraId="66013426" w14:textId="77777777" w:rsidTr="00A127F3">
        <w:trPr>
          <w:trHeight w:val="337"/>
          <w:jc w:val="center"/>
        </w:trPr>
        <w:tc>
          <w:tcPr>
            <w:tcW w:w="1281" w:type="dxa"/>
            <w:vAlign w:val="center"/>
          </w:tcPr>
          <w:p w14:paraId="5A061DE8" w14:textId="77777777" w:rsidR="00A127F3" w:rsidRPr="00A127F3" w:rsidRDefault="00A127F3" w:rsidP="00A127F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27F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7370" w:type="dxa"/>
            <w:vAlign w:val="center"/>
          </w:tcPr>
          <w:p w14:paraId="37B641A5" w14:textId="2F3EC5CC" w:rsidR="00A127F3" w:rsidRPr="00A127F3" w:rsidRDefault="00A127F3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27F3">
              <w:rPr>
                <w:rFonts w:ascii="Times New Roman" w:hAnsi="Times New Roman" w:cs="Times New Roman"/>
                <w:sz w:val="26"/>
                <w:szCs w:val="26"/>
              </w:rPr>
              <w:t>Bliss - 5 (Without W/S)</w:t>
            </w:r>
          </w:p>
        </w:tc>
      </w:tr>
      <w:tr w:rsidR="00A127F3" w:rsidRPr="00A127F3" w14:paraId="6B9188A1" w14:textId="77777777" w:rsidTr="00A127F3">
        <w:trPr>
          <w:trHeight w:val="317"/>
          <w:jc w:val="center"/>
        </w:trPr>
        <w:tc>
          <w:tcPr>
            <w:tcW w:w="1281" w:type="dxa"/>
            <w:vAlign w:val="center"/>
          </w:tcPr>
          <w:p w14:paraId="573A9482" w14:textId="77777777" w:rsidR="00A127F3" w:rsidRPr="00A127F3" w:rsidRDefault="00A127F3" w:rsidP="00A127F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27F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7370" w:type="dxa"/>
            <w:vAlign w:val="center"/>
          </w:tcPr>
          <w:p w14:paraId="7D601EFB" w14:textId="7840A2C3" w:rsidR="00A127F3" w:rsidRPr="00A127F3" w:rsidRDefault="00096B13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</w:t>
            </w:r>
            <w:r w:rsidR="00A127F3" w:rsidRPr="00A127F3">
              <w:rPr>
                <w:rFonts w:ascii="Times New Roman" w:hAnsi="Times New Roman" w:cs="Times New Roman"/>
                <w:sz w:val="26"/>
                <w:szCs w:val="26"/>
              </w:rPr>
              <w:t>he World Around Us - 5</w:t>
            </w:r>
          </w:p>
        </w:tc>
      </w:tr>
      <w:tr w:rsidR="00A127F3" w:rsidRPr="00A127F3" w14:paraId="626A5C7D" w14:textId="77777777" w:rsidTr="00A127F3">
        <w:trPr>
          <w:trHeight w:val="337"/>
          <w:jc w:val="center"/>
        </w:trPr>
        <w:tc>
          <w:tcPr>
            <w:tcW w:w="1281" w:type="dxa"/>
            <w:vAlign w:val="center"/>
          </w:tcPr>
          <w:p w14:paraId="493375A9" w14:textId="77777777" w:rsidR="00A127F3" w:rsidRPr="00A127F3" w:rsidRDefault="00A127F3" w:rsidP="00A127F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27F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370" w:type="dxa"/>
            <w:vAlign w:val="center"/>
          </w:tcPr>
          <w:p w14:paraId="5635A0E5" w14:textId="73C84A55" w:rsidR="00A127F3" w:rsidRPr="00A127F3" w:rsidRDefault="00A127F3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127F3">
              <w:rPr>
                <w:rFonts w:ascii="Times New Roman" w:hAnsi="Times New Roman" w:cs="Times New Roman"/>
                <w:sz w:val="26"/>
                <w:szCs w:val="26"/>
              </w:rPr>
              <w:t>Brainvita</w:t>
            </w:r>
            <w:proofErr w:type="spellEnd"/>
            <w:r w:rsidRPr="00A127F3">
              <w:rPr>
                <w:rFonts w:ascii="Times New Roman" w:hAnsi="Times New Roman" w:cs="Times New Roman"/>
                <w:sz w:val="26"/>
                <w:szCs w:val="26"/>
              </w:rPr>
              <w:t xml:space="preserve"> 360 - 5</w:t>
            </w:r>
          </w:p>
        </w:tc>
      </w:tr>
      <w:tr w:rsidR="00A127F3" w:rsidRPr="00A127F3" w14:paraId="04EBF201" w14:textId="77777777" w:rsidTr="00A127F3">
        <w:trPr>
          <w:trHeight w:val="317"/>
          <w:jc w:val="center"/>
        </w:trPr>
        <w:tc>
          <w:tcPr>
            <w:tcW w:w="1281" w:type="dxa"/>
            <w:vAlign w:val="center"/>
          </w:tcPr>
          <w:p w14:paraId="256B0572" w14:textId="77777777" w:rsidR="00A127F3" w:rsidRPr="00A127F3" w:rsidRDefault="00A127F3" w:rsidP="00A127F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27F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7370" w:type="dxa"/>
            <w:vAlign w:val="center"/>
          </w:tcPr>
          <w:p w14:paraId="15BCBEAF" w14:textId="6BE90493" w:rsidR="00A127F3" w:rsidRPr="00A127F3" w:rsidRDefault="00A127F3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27F3">
              <w:rPr>
                <w:rFonts w:ascii="Times New Roman" w:hAnsi="Times New Roman" w:cs="Times New Roman"/>
                <w:sz w:val="26"/>
                <w:szCs w:val="26"/>
              </w:rPr>
              <w:t xml:space="preserve">Hindi </w:t>
            </w:r>
            <w:proofErr w:type="spellStart"/>
            <w:r w:rsidRPr="00A127F3">
              <w:rPr>
                <w:rFonts w:ascii="Times New Roman" w:hAnsi="Times New Roman" w:cs="Times New Roman"/>
                <w:sz w:val="26"/>
                <w:szCs w:val="26"/>
              </w:rPr>
              <w:t>Pathmala</w:t>
            </w:r>
            <w:proofErr w:type="spellEnd"/>
            <w:r w:rsidRPr="00A127F3">
              <w:rPr>
                <w:rFonts w:ascii="Times New Roman" w:hAnsi="Times New Roman" w:cs="Times New Roman"/>
                <w:sz w:val="26"/>
                <w:szCs w:val="26"/>
              </w:rPr>
              <w:t xml:space="preserve"> - 5</w:t>
            </w:r>
          </w:p>
        </w:tc>
      </w:tr>
      <w:tr w:rsidR="00A127F3" w:rsidRPr="00A127F3" w14:paraId="0635C005" w14:textId="77777777" w:rsidTr="00A127F3">
        <w:trPr>
          <w:trHeight w:val="337"/>
          <w:jc w:val="center"/>
        </w:trPr>
        <w:tc>
          <w:tcPr>
            <w:tcW w:w="1281" w:type="dxa"/>
            <w:vAlign w:val="center"/>
          </w:tcPr>
          <w:p w14:paraId="6AAFCD34" w14:textId="77777777" w:rsidR="00A127F3" w:rsidRPr="00A127F3" w:rsidRDefault="00A127F3" w:rsidP="00A127F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27F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7370" w:type="dxa"/>
            <w:vAlign w:val="center"/>
          </w:tcPr>
          <w:p w14:paraId="7560309C" w14:textId="1138CBB4" w:rsidR="00A127F3" w:rsidRPr="00A127F3" w:rsidRDefault="00A127F3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27F3">
              <w:rPr>
                <w:rFonts w:ascii="Times New Roman" w:hAnsi="Times New Roman" w:cs="Times New Roman"/>
                <w:sz w:val="26"/>
                <w:szCs w:val="26"/>
              </w:rPr>
              <w:t>Mission Grammar - 5</w:t>
            </w:r>
          </w:p>
        </w:tc>
      </w:tr>
      <w:tr w:rsidR="00A127F3" w:rsidRPr="00A127F3" w14:paraId="1F83A623" w14:textId="77777777" w:rsidTr="00A127F3">
        <w:trPr>
          <w:trHeight w:val="317"/>
          <w:jc w:val="center"/>
        </w:trPr>
        <w:tc>
          <w:tcPr>
            <w:tcW w:w="1281" w:type="dxa"/>
            <w:vAlign w:val="center"/>
          </w:tcPr>
          <w:p w14:paraId="5714304B" w14:textId="77777777" w:rsidR="00A127F3" w:rsidRPr="00A127F3" w:rsidRDefault="00A127F3" w:rsidP="00A127F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27F3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7370" w:type="dxa"/>
            <w:vAlign w:val="center"/>
          </w:tcPr>
          <w:p w14:paraId="3C8D9B17" w14:textId="4B3D7B97" w:rsidR="00A127F3" w:rsidRPr="00A127F3" w:rsidRDefault="00A127F3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127F3">
              <w:rPr>
                <w:rFonts w:ascii="Times New Roman" w:hAnsi="Times New Roman" w:cs="Times New Roman"/>
                <w:sz w:val="26"/>
                <w:szCs w:val="26"/>
              </w:rPr>
              <w:t xml:space="preserve">Vyakaran </w:t>
            </w:r>
            <w:proofErr w:type="spellEnd"/>
            <w:r w:rsidRPr="00A127F3">
              <w:rPr>
                <w:rFonts w:ascii="Times New Roman" w:hAnsi="Times New Roman" w:cs="Times New Roman"/>
                <w:sz w:val="26"/>
                <w:szCs w:val="26"/>
              </w:rPr>
              <w:t>Anand - 5</w:t>
            </w:r>
          </w:p>
        </w:tc>
      </w:tr>
      <w:tr w:rsidR="00A127F3" w:rsidRPr="00A127F3" w14:paraId="68BA112E" w14:textId="77777777" w:rsidTr="00A127F3">
        <w:trPr>
          <w:trHeight w:val="317"/>
          <w:jc w:val="center"/>
        </w:trPr>
        <w:tc>
          <w:tcPr>
            <w:tcW w:w="1281" w:type="dxa"/>
            <w:vAlign w:val="center"/>
          </w:tcPr>
          <w:p w14:paraId="18894BF5" w14:textId="77777777" w:rsidR="00A127F3" w:rsidRPr="00A127F3" w:rsidRDefault="00A127F3" w:rsidP="00A127F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27F3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7370" w:type="dxa"/>
            <w:vAlign w:val="center"/>
          </w:tcPr>
          <w:p w14:paraId="6633B52B" w14:textId="6D59DA27" w:rsidR="00A127F3" w:rsidRPr="00A127F3" w:rsidRDefault="00A127F3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127F3">
              <w:rPr>
                <w:rFonts w:ascii="Times New Roman" w:hAnsi="Times New Roman" w:cs="Times New Roman"/>
                <w:sz w:val="26"/>
                <w:szCs w:val="26"/>
              </w:rPr>
              <w:t>Brainbot</w:t>
            </w:r>
            <w:proofErr w:type="spellEnd"/>
            <w:r w:rsidRPr="00A127F3">
              <w:rPr>
                <w:rFonts w:ascii="Times New Roman" w:hAnsi="Times New Roman" w:cs="Times New Roman"/>
                <w:sz w:val="26"/>
                <w:szCs w:val="26"/>
              </w:rPr>
              <w:t>: 2.0 AI - 5</w:t>
            </w:r>
          </w:p>
        </w:tc>
      </w:tr>
    </w:tbl>
    <w:p w14:paraId="4531F464" w14:textId="77777777" w:rsidR="00A127F3" w:rsidRDefault="00A127F3"/>
    <w:p w14:paraId="4F2D9C2E" w14:textId="77777777" w:rsidR="009103F4" w:rsidRDefault="009103F4" w:rsidP="00A127F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D911176" w14:textId="77777777" w:rsidR="009103F4" w:rsidRDefault="009103F4" w:rsidP="00A127F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A534FE9" w14:textId="77777777" w:rsidR="009103F4" w:rsidRDefault="009103F4" w:rsidP="00A127F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89566AE" w14:textId="6B486774" w:rsidR="009B7194" w:rsidRPr="00A7167B" w:rsidRDefault="00A127F3" w:rsidP="00A7167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7167B">
        <w:rPr>
          <w:rFonts w:ascii="Times New Roman" w:hAnsi="Times New Roman" w:cs="Times New Roman"/>
          <w:b/>
          <w:sz w:val="32"/>
          <w:szCs w:val="32"/>
        </w:rPr>
        <w:t>Class – VI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56"/>
        <w:gridCol w:w="7274"/>
      </w:tblGrid>
      <w:tr w:rsidR="00A127F3" w:rsidRPr="00A127F3" w14:paraId="5B876993" w14:textId="77777777" w:rsidTr="003949BD">
        <w:trPr>
          <w:trHeight w:val="368"/>
          <w:jc w:val="center"/>
        </w:trPr>
        <w:tc>
          <w:tcPr>
            <w:tcW w:w="1371" w:type="dxa"/>
            <w:vAlign w:val="center"/>
          </w:tcPr>
          <w:p w14:paraId="7690F547" w14:textId="77777777" w:rsidR="00A127F3" w:rsidRPr="00A127F3" w:rsidRDefault="00A127F3" w:rsidP="003949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27F3">
              <w:rPr>
                <w:rFonts w:ascii="Times New Roman" w:hAnsi="Times New Roman" w:cs="Times New Roman"/>
                <w:b/>
                <w:sz w:val="26"/>
                <w:szCs w:val="26"/>
              </w:rPr>
              <w:t>S. No.</w:t>
            </w:r>
          </w:p>
        </w:tc>
        <w:tc>
          <w:tcPr>
            <w:tcW w:w="7384" w:type="dxa"/>
            <w:vAlign w:val="center"/>
          </w:tcPr>
          <w:p w14:paraId="321E9D5B" w14:textId="55707A8B" w:rsidR="00A127F3" w:rsidRPr="00A127F3" w:rsidRDefault="00A127F3" w:rsidP="00A127F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27F3">
              <w:rPr>
                <w:rFonts w:ascii="Times New Roman" w:hAnsi="Times New Roman" w:cs="Times New Roman"/>
                <w:b/>
                <w:sz w:val="26"/>
                <w:szCs w:val="26"/>
              </w:rPr>
              <w:t>Name of the Books</w:t>
            </w:r>
          </w:p>
        </w:tc>
      </w:tr>
      <w:tr w:rsidR="00A127F3" w:rsidRPr="00A127F3" w14:paraId="46521C86" w14:textId="77777777" w:rsidTr="00A127F3">
        <w:trPr>
          <w:trHeight w:val="241"/>
          <w:jc w:val="center"/>
        </w:trPr>
        <w:tc>
          <w:tcPr>
            <w:tcW w:w="1371" w:type="dxa"/>
            <w:vAlign w:val="center"/>
          </w:tcPr>
          <w:p w14:paraId="74EA0B1C" w14:textId="77777777" w:rsidR="00A127F3" w:rsidRPr="00A127F3" w:rsidRDefault="00A127F3" w:rsidP="003949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27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384" w:type="dxa"/>
            <w:vAlign w:val="center"/>
          </w:tcPr>
          <w:p w14:paraId="51B921CA" w14:textId="6FF7A942" w:rsidR="00A127F3" w:rsidRPr="00A127F3" w:rsidRDefault="00A127F3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127F3">
              <w:rPr>
                <w:rFonts w:ascii="Times New Roman" w:hAnsi="Times New Roman" w:cs="Times New Roman"/>
                <w:sz w:val="26"/>
                <w:szCs w:val="26"/>
              </w:rPr>
              <w:t xml:space="preserve">Gulmohar </w:t>
            </w:r>
            <w:proofErr w:type="spellEnd"/>
            <w:r w:rsidRPr="00A127F3">
              <w:rPr>
                <w:rFonts w:ascii="Times New Roman" w:hAnsi="Times New Roman" w:cs="Times New Roman"/>
                <w:sz w:val="26"/>
                <w:szCs w:val="26"/>
              </w:rPr>
              <w:t>Reader - 6</w:t>
            </w:r>
          </w:p>
        </w:tc>
      </w:tr>
      <w:tr w:rsidR="00A127F3" w:rsidRPr="00A127F3" w14:paraId="58009186" w14:textId="77777777" w:rsidTr="00A127F3">
        <w:trPr>
          <w:trHeight w:val="257"/>
          <w:jc w:val="center"/>
        </w:trPr>
        <w:tc>
          <w:tcPr>
            <w:tcW w:w="1371" w:type="dxa"/>
            <w:vAlign w:val="center"/>
          </w:tcPr>
          <w:p w14:paraId="571D07DC" w14:textId="77777777" w:rsidR="00A127F3" w:rsidRPr="00A127F3" w:rsidRDefault="00A127F3" w:rsidP="003949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27F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7384" w:type="dxa"/>
            <w:vAlign w:val="center"/>
          </w:tcPr>
          <w:p w14:paraId="0FC37232" w14:textId="7DC21EEA" w:rsidR="00A127F3" w:rsidRPr="00A127F3" w:rsidRDefault="00A127F3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27F3">
              <w:rPr>
                <w:rFonts w:ascii="Times New Roman" w:hAnsi="Times New Roman" w:cs="Times New Roman"/>
                <w:sz w:val="26"/>
                <w:szCs w:val="26"/>
              </w:rPr>
              <w:t>Mission Grammar - 6</w:t>
            </w:r>
          </w:p>
        </w:tc>
      </w:tr>
      <w:tr w:rsidR="00A127F3" w:rsidRPr="00A127F3" w14:paraId="42B61A6E" w14:textId="77777777" w:rsidTr="00A127F3">
        <w:trPr>
          <w:trHeight w:val="241"/>
          <w:jc w:val="center"/>
        </w:trPr>
        <w:tc>
          <w:tcPr>
            <w:tcW w:w="1371" w:type="dxa"/>
            <w:vAlign w:val="center"/>
          </w:tcPr>
          <w:p w14:paraId="28DBA5B6" w14:textId="77777777" w:rsidR="00A127F3" w:rsidRPr="00A127F3" w:rsidRDefault="00A127F3" w:rsidP="003949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27F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7384" w:type="dxa"/>
            <w:vAlign w:val="center"/>
          </w:tcPr>
          <w:p w14:paraId="0D70FD67" w14:textId="3A46EDE5" w:rsidR="00A127F3" w:rsidRPr="00A127F3" w:rsidRDefault="00A127F3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127F3">
              <w:rPr>
                <w:rFonts w:ascii="Times New Roman" w:hAnsi="Times New Roman" w:cs="Times New Roman"/>
                <w:sz w:val="26"/>
                <w:szCs w:val="26"/>
              </w:rPr>
              <w:t xml:space="preserve">Vatika </w:t>
            </w:r>
            <w:proofErr w:type="spellEnd"/>
            <w:r w:rsidRPr="00A127F3">
              <w:rPr>
                <w:rFonts w:ascii="Times New Roman" w:hAnsi="Times New Roman" w:cs="Times New Roman"/>
                <w:sz w:val="26"/>
                <w:szCs w:val="26"/>
              </w:rPr>
              <w:t>- 6</w:t>
            </w:r>
          </w:p>
        </w:tc>
      </w:tr>
      <w:tr w:rsidR="00A127F3" w:rsidRPr="00A127F3" w14:paraId="669A2668" w14:textId="77777777" w:rsidTr="00A127F3">
        <w:trPr>
          <w:trHeight w:val="257"/>
          <w:jc w:val="center"/>
        </w:trPr>
        <w:tc>
          <w:tcPr>
            <w:tcW w:w="1371" w:type="dxa"/>
            <w:vAlign w:val="center"/>
          </w:tcPr>
          <w:p w14:paraId="5F20C8C6" w14:textId="77777777" w:rsidR="00A127F3" w:rsidRPr="00A127F3" w:rsidRDefault="00A127F3" w:rsidP="003949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27F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384" w:type="dxa"/>
            <w:vAlign w:val="center"/>
          </w:tcPr>
          <w:p w14:paraId="07C33378" w14:textId="7B614B98" w:rsidR="00A127F3" w:rsidRPr="00A127F3" w:rsidRDefault="00A127F3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127F3">
              <w:rPr>
                <w:rFonts w:ascii="Times New Roman" w:hAnsi="Times New Roman" w:cs="Times New Roman"/>
                <w:sz w:val="26"/>
                <w:szCs w:val="26"/>
              </w:rPr>
              <w:t>Vyakaran</w:t>
            </w:r>
            <w:proofErr w:type="spellEnd"/>
            <w:r w:rsidRPr="00A127F3">
              <w:rPr>
                <w:rFonts w:ascii="Times New Roman" w:hAnsi="Times New Roman" w:cs="Times New Roman"/>
                <w:sz w:val="26"/>
                <w:szCs w:val="26"/>
              </w:rPr>
              <w:t xml:space="preserve"> Bharti - 6</w:t>
            </w:r>
          </w:p>
        </w:tc>
      </w:tr>
      <w:tr w:rsidR="00A127F3" w:rsidRPr="00A127F3" w14:paraId="08F6DF94" w14:textId="77777777" w:rsidTr="00A127F3">
        <w:trPr>
          <w:trHeight w:val="241"/>
          <w:jc w:val="center"/>
        </w:trPr>
        <w:tc>
          <w:tcPr>
            <w:tcW w:w="1371" w:type="dxa"/>
            <w:vAlign w:val="center"/>
          </w:tcPr>
          <w:p w14:paraId="42C05D3D" w14:textId="77777777" w:rsidR="00A127F3" w:rsidRPr="00A127F3" w:rsidRDefault="00A127F3" w:rsidP="003949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27F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7384" w:type="dxa"/>
            <w:vAlign w:val="center"/>
          </w:tcPr>
          <w:p w14:paraId="68C5D7DB" w14:textId="2838EB45" w:rsidR="00A127F3" w:rsidRPr="00A127F3" w:rsidRDefault="00A127F3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27F3">
              <w:rPr>
                <w:rFonts w:ascii="Times New Roman" w:hAnsi="Times New Roman" w:cs="Times New Roman"/>
                <w:sz w:val="26"/>
                <w:szCs w:val="26"/>
              </w:rPr>
              <w:t>Mathematics - 6</w:t>
            </w:r>
          </w:p>
        </w:tc>
      </w:tr>
      <w:tr w:rsidR="00A127F3" w:rsidRPr="00A127F3" w14:paraId="703A0FB9" w14:textId="77777777" w:rsidTr="00A127F3">
        <w:trPr>
          <w:trHeight w:val="257"/>
          <w:jc w:val="center"/>
        </w:trPr>
        <w:tc>
          <w:tcPr>
            <w:tcW w:w="1371" w:type="dxa"/>
            <w:vAlign w:val="center"/>
          </w:tcPr>
          <w:p w14:paraId="01EBDD47" w14:textId="77777777" w:rsidR="00A127F3" w:rsidRPr="00A127F3" w:rsidRDefault="00A127F3" w:rsidP="003949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27F3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7384" w:type="dxa"/>
            <w:vAlign w:val="center"/>
          </w:tcPr>
          <w:p w14:paraId="50949C39" w14:textId="599F0BCD" w:rsidR="00A127F3" w:rsidRPr="00A127F3" w:rsidRDefault="00A127F3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127F3">
              <w:rPr>
                <w:rFonts w:ascii="Times New Roman" w:hAnsi="Times New Roman" w:cs="Times New Roman"/>
                <w:sz w:val="26"/>
                <w:szCs w:val="26"/>
              </w:rPr>
              <w:t xml:space="preserve">Brainbot </w:t>
            </w:r>
            <w:proofErr w:type="spellEnd"/>
            <w:r w:rsidRPr="00A127F3">
              <w:rPr>
                <w:rFonts w:ascii="Times New Roman" w:hAnsi="Times New Roman" w:cs="Times New Roman"/>
                <w:sz w:val="26"/>
                <w:szCs w:val="26"/>
              </w:rPr>
              <w:t>2.0 AI - 6</w:t>
            </w:r>
          </w:p>
        </w:tc>
      </w:tr>
      <w:tr w:rsidR="00A127F3" w:rsidRPr="00A127F3" w14:paraId="31D0385B" w14:textId="77777777" w:rsidTr="00A127F3">
        <w:trPr>
          <w:trHeight w:val="241"/>
          <w:jc w:val="center"/>
        </w:trPr>
        <w:tc>
          <w:tcPr>
            <w:tcW w:w="1371" w:type="dxa"/>
            <w:vAlign w:val="center"/>
          </w:tcPr>
          <w:p w14:paraId="7E7A14F4" w14:textId="77777777" w:rsidR="00A127F3" w:rsidRPr="00A127F3" w:rsidRDefault="00A127F3" w:rsidP="003949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27F3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7384" w:type="dxa"/>
            <w:vAlign w:val="center"/>
          </w:tcPr>
          <w:p w14:paraId="2C82D272" w14:textId="19503A61" w:rsidR="00A127F3" w:rsidRPr="00A127F3" w:rsidRDefault="00A127F3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127F3">
              <w:rPr>
                <w:rFonts w:ascii="Times New Roman" w:hAnsi="Times New Roman" w:cs="Times New Roman"/>
                <w:sz w:val="26"/>
                <w:szCs w:val="26"/>
              </w:rPr>
              <w:t>Brainvita</w:t>
            </w:r>
            <w:proofErr w:type="spellEnd"/>
            <w:r w:rsidRPr="00A127F3">
              <w:rPr>
                <w:rFonts w:ascii="Times New Roman" w:hAnsi="Times New Roman" w:cs="Times New Roman"/>
                <w:sz w:val="26"/>
                <w:szCs w:val="26"/>
              </w:rPr>
              <w:t xml:space="preserve"> 360 - 6</w:t>
            </w:r>
          </w:p>
        </w:tc>
      </w:tr>
      <w:tr w:rsidR="00A127F3" w:rsidRPr="00A127F3" w14:paraId="10F85F71" w14:textId="77777777" w:rsidTr="00A127F3">
        <w:trPr>
          <w:trHeight w:val="257"/>
          <w:jc w:val="center"/>
        </w:trPr>
        <w:tc>
          <w:tcPr>
            <w:tcW w:w="1371" w:type="dxa"/>
            <w:vAlign w:val="center"/>
          </w:tcPr>
          <w:p w14:paraId="1C0EC5D7" w14:textId="77777777" w:rsidR="00A127F3" w:rsidRPr="00A127F3" w:rsidRDefault="00A127F3" w:rsidP="003949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27F3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7384" w:type="dxa"/>
            <w:vAlign w:val="center"/>
          </w:tcPr>
          <w:p w14:paraId="7DC88738" w14:textId="7D363FC6" w:rsidR="00A127F3" w:rsidRPr="00A127F3" w:rsidRDefault="00A127F3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27F3">
              <w:rPr>
                <w:rFonts w:ascii="Times New Roman" w:hAnsi="Times New Roman" w:cs="Times New Roman"/>
                <w:sz w:val="26"/>
                <w:szCs w:val="26"/>
              </w:rPr>
              <w:t>Seek Science - 6</w:t>
            </w:r>
          </w:p>
        </w:tc>
      </w:tr>
      <w:tr w:rsidR="00A127F3" w:rsidRPr="00A127F3" w14:paraId="7D796DBC" w14:textId="77777777" w:rsidTr="00A127F3">
        <w:trPr>
          <w:trHeight w:val="241"/>
          <w:jc w:val="center"/>
        </w:trPr>
        <w:tc>
          <w:tcPr>
            <w:tcW w:w="1371" w:type="dxa"/>
            <w:vAlign w:val="center"/>
          </w:tcPr>
          <w:p w14:paraId="23721B57" w14:textId="77777777" w:rsidR="00A127F3" w:rsidRPr="00A127F3" w:rsidRDefault="00A127F3" w:rsidP="003949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27F3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7384" w:type="dxa"/>
            <w:vAlign w:val="center"/>
          </w:tcPr>
          <w:p w14:paraId="6B8F8F4D" w14:textId="4E4B3EF2" w:rsidR="00A127F3" w:rsidRPr="00A127F3" w:rsidRDefault="00A127F3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27F3">
              <w:rPr>
                <w:rFonts w:ascii="Times New Roman" w:hAnsi="Times New Roman" w:cs="Times New Roman"/>
                <w:sz w:val="26"/>
                <w:szCs w:val="26"/>
              </w:rPr>
              <w:t>Footprints Social Science - 6</w:t>
            </w:r>
          </w:p>
        </w:tc>
      </w:tr>
      <w:tr w:rsidR="00A127F3" w:rsidRPr="00A127F3" w14:paraId="424F9578" w14:textId="77777777" w:rsidTr="00A127F3">
        <w:trPr>
          <w:trHeight w:val="257"/>
          <w:jc w:val="center"/>
        </w:trPr>
        <w:tc>
          <w:tcPr>
            <w:tcW w:w="1371" w:type="dxa"/>
            <w:vAlign w:val="center"/>
          </w:tcPr>
          <w:p w14:paraId="3673D3BD" w14:textId="77777777" w:rsidR="00A127F3" w:rsidRPr="00A127F3" w:rsidRDefault="00A127F3" w:rsidP="003949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27F3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7384" w:type="dxa"/>
            <w:vAlign w:val="center"/>
          </w:tcPr>
          <w:p w14:paraId="148EB8AE" w14:textId="358B6A2E" w:rsidR="00A127F3" w:rsidRPr="00A127F3" w:rsidRDefault="00A127F3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27F3">
              <w:rPr>
                <w:rFonts w:ascii="Times New Roman" w:hAnsi="Times New Roman" w:cs="Times New Roman"/>
                <w:sz w:val="26"/>
                <w:szCs w:val="26"/>
              </w:rPr>
              <w:t>NCERT</w:t>
            </w:r>
            <w:r w:rsidR="00800C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127F3">
              <w:rPr>
                <w:rFonts w:ascii="Times New Roman" w:hAnsi="Times New Roman" w:cs="Times New Roman"/>
                <w:sz w:val="26"/>
                <w:szCs w:val="26"/>
              </w:rPr>
              <w:t>Sanskrit - 6</w:t>
            </w:r>
          </w:p>
        </w:tc>
      </w:tr>
      <w:tr w:rsidR="00A127F3" w:rsidRPr="00A127F3" w14:paraId="4B1A4C19" w14:textId="77777777" w:rsidTr="00A127F3">
        <w:trPr>
          <w:trHeight w:val="241"/>
          <w:jc w:val="center"/>
        </w:trPr>
        <w:tc>
          <w:tcPr>
            <w:tcW w:w="1371" w:type="dxa"/>
            <w:vAlign w:val="center"/>
          </w:tcPr>
          <w:p w14:paraId="02260785" w14:textId="77777777" w:rsidR="00A127F3" w:rsidRPr="00A127F3" w:rsidRDefault="00A127F3" w:rsidP="003949B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27F3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7384" w:type="dxa"/>
            <w:vAlign w:val="center"/>
          </w:tcPr>
          <w:p w14:paraId="07FB3483" w14:textId="1D5F0443" w:rsidR="00A127F3" w:rsidRPr="00A127F3" w:rsidRDefault="00A127F3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27F3">
              <w:rPr>
                <w:rFonts w:ascii="Times New Roman" w:hAnsi="Times New Roman" w:cs="Times New Roman"/>
                <w:sz w:val="26"/>
                <w:szCs w:val="26"/>
              </w:rPr>
              <w:t>Moral Skills - 6</w:t>
            </w:r>
          </w:p>
        </w:tc>
      </w:tr>
    </w:tbl>
    <w:p w14:paraId="4AE648FE" w14:textId="77777777" w:rsidR="00A127F3" w:rsidRDefault="00A127F3"/>
    <w:p w14:paraId="15A74FAF" w14:textId="79B5163B" w:rsidR="009B7194" w:rsidRPr="00A7167B" w:rsidRDefault="00A127F3" w:rsidP="00A7167B">
      <w:pPr>
        <w:spacing w:after="0"/>
        <w:jc w:val="center"/>
        <w:rPr>
          <w:b/>
          <w:sz w:val="32"/>
          <w:szCs w:val="32"/>
        </w:rPr>
      </w:pPr>
      <w:r w:rsidRPr="00A7167B">
        <w:rPr>
          <w:b/>
          <w:sz w:val="32"/>
          <w:szCs w:val="32"/>
        </w:rPr>
        <w:t>Class – VII</w:t>
      </w:r>
    </w:p>
    <w:tbl>
      <w:tblPr>
        <w:tblStyle w:val="TableGrid"/>
        <w:tblW w:w="8877" w:type="dxa"/>
        <w:jc w:val="center"/>
        <w:tblLook w:val="04A0" w:firstRow="1" w:lastRow="0" w:firstColumn="1" w:lastColumn="0" w:noHBand="0" w:noVBand="1"/>
      </w:tblPr>
      <w:tblGrid>
        <w:gridCol w:w="1469"/>
        <w:gridCol w:w="7408"/>
      </w:tblGrid>
      <w:tr w:rsidR="00A127F3" w14:paraId="158B9F2F" w14:textId="77777777" w:rsidTr="009B7194">
        <w:trPr>
          <w:trHeight w:val="302"/>
          <w:jc w:val="center"/>
        </w:trPr>
        <w:tc>
          <w:tcPr>
            <w:tcW w:w="1469" w:type="dxa"/>
          </w:tcPr>
          <w:p w14:paraId="4EA8A8E4" w14:textId="77777777" w:rsidR="00A127F3" w:rsidRPr="003949BD" w:rsidRDefault="00A127F3" w:rsidP="009B71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b/>
                <w:sz w:val="26"/>
                <w:szCs w:val="26"/>
              </w:rPr>
              <w:t>S. No.</w:t>
            </w:r>
          </w:p>
        </w:tc>
        <w:tc>
          <w:tcPr>
            <w:tcW w:w="7408" w:type="dxa"/>
          </w:tcPr>
          <w:p w14:paraId="37641523" w14:textId="77777777" w:rsidR="00A127F3" w:rsidRPr="003949BD" w:rsidRDefault="00A127F3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b/>
                <w:sz w:val="26"/>
                <w:szCs w:val="26"/>
              </w:rPr>
              <w:t>Publications &amp; Name of the Books</w:t>
            </w:r>
          </w:p>
        </w:tc>
      </w:tr>
      <w:tr w:rsidR="00A127F3" w14:paraId="79FA83FF" w14:textId="77777777" w:rsidTr="009B7194">
        <w:trPr>
          <w:trHeight w:val="302"/>
          <w:jc w:val="center"/>
        </w:trPr>
        <w:tc>
          <w:tcPr>
            <w:tcW w:w="1469" w:type="dxa"/>
            <w:vAlign w:val="center"/>
          </w:tcPr>
          <w:p w14:paraId="28667BC8" w14:textId="77777777" w:rsidR="00A127F3" w:rsidRPr="003949BD" w:rsidRDefault="00A127F3" w:rsidP="009B71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408" w:type="dxa"/>
            <w:vAlign w:val="center"/>
          </w:tcPr>
          <w:p w14:paraId="7EA779D9" w14:textId="561AA7B0" w:rsidR="00A127F3" w:rsidRPr="003949BD" w:rsidRDefault="00A127F3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949BD">
              <w:rPr>
                <w:rFonts w:ascii="Times New Roman" w:hAnsi="Times New Roman" w:cs="Times New Roman"/>
                <w:sz w:val="26"/>
                <w:szCs w:val="26"/>
              </w:rPr>
              <w:t xml:space="preserve">Gulmohar </w:t>
            </w:r>
            <w:proofErr w:type="spellEnd"/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Reader - 7</w:t>
            </w:r>
          </w:p>
        </w:tc>
      </w:tr>
      <w:tr w:rsidR="00A127F3" w14:paraId="1F7C309E" w14:textId="77777777" w:rsidTr="009B7194">
        <w:trPr>
          <w:trHeight w:val="302"/>
          <w:jc w:val="center"/>
        </w:trPr>
        <w:tc>
          <w:tcPr>
            <w:tcW w:w="1469" w:type="dxa"/>
            <w:vAlign w:val="center"/>
          </w:tcPr>
          <w:p w14:paraId="1AA6CBBE" w14:textId="77777777" w:rsidR="00A127F3" w:rsidRPr="003949BD" w:rsidRDefault="00A127F3" w:rsidP="009B71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7408" w:type="dxa"/>
            <w:vAlign w:val="center"/>
          </w:tcPr>
          <w:p w14:paraId="0BE3067A" w14:textId="2DEFBFDE" w:rsidR="00A127F3" w:rsidRPr="003949BD" w:rsidRDefault="00A127F3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Mission Grammar - 7</w:t>
            </w:r>
          </w:p>
        </w:tc>
      </w:tr>
      <w:tr w:rsidR="00A127F3" w14:paraId="2385EF0A" w14:textId="77777777" w:rsidTr="009B7194">
        <w:trPr>
          <w:trHeight w:val="302"/>
          <w:jc w:val="center"/>
        </w:trPr>
        <w:tc>
          <w:tcPr>
            <w:tcW w:w="1469" w:type="dxa"/>
            <w:vAlign w:val="center"/>
          </w:tcPr>
          <w:p w14:paraId="7A61DD02" w14:textId="77777777" w:rsidR="00A127F3" w:rsidRPr="003949BD" w:rsidRDefault="00A127F3" w:rsidP="009B71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7408" w:type="dxa"/>
            <w:vAlign w:val="center"/>
          </w:tcPr>
          <w:p w14:paraId="17689E19" w14:textId="42F0FE93" w:rsidR="00A127F3" w:rsidRPr="003949BD" w:rsidRDefault="00A127F3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Vatika</w:t>
            </w:r>
            <w:proofErr w:type="spellEnd"/>
            <w:r w:rsidRPr="003949BD">
              <w:rPr>
                <w:rFonts w:ascii="Times New Roman" w:hAnsi="Times New Roman" w:cs="Times New Roman"/>
                <w:sz w:val="26"/>
                <w:szCs w:val="26"/>
              </w:rPr>
              <w:t xml:space="preserve"> - 7</w:t>
            </w:r>
          </w:p>
        </w:tc>
      </w:tr>
      <w:tr w:rsidR="00A127F3" w14:paraId="28452B3A" w14:textId="77777777" w:rsidTr="009B7194">
        <w:trPr>
          <w:trHeight w:val="302"/>
          <w:jc w:val="center"/>
        </w:trPr>
        <w:tc>
          <w:tcPr>
            <w:tcW w:w="1469" w:type="dxa"/>
            <w:vAlign w:val="center"/>
          </w:tcPr>
          <w:p w14:paraId="643010D2" w14:textId="77777777" w:rsidR="00A127F3" w:rsidRPr="003949BD" w:rsidRDefault="00A127F3" w:rsidP="009B71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408" w:type="dxa"/>
            <w:vAlign w:val="center"/>
          </w:tcPr>
          <w:p w14:paraId="23023F5A" w14:textId="470EAC03" w:rsidR="00A127F3" w:rsidRPr="003949BD" w:rsidRDefault="00A127F3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949BD">
              <w:rPr>
                <w:rFonts w:ascii="Times New Roman" w:hAnsi="Times New Roman" w:cs="Times New Roman"/>
                <w:sz w:val="26"/>
                <w:szCs w:val="26"/>
              </w:rPr>
              <w:t xml:space="preserve">Vyakaran </w:t>
            </w:r>
            <w:proofErr w:type="spellEnd"/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Bharti - 7</w:t>
            </w:r>
          </w:p>
        </w:tc>
      </w:tr>
      <w:tr w:rsidR="00A127F3" w14:paraId="16758C8D" w14:textId="77777777" w:rsidTr="009B7194">
        <w:trPr>
          <w:trHeight w:val="302"/>
          <w:jc w:val="center"/>
        </w:trPr>
        <w:tc>
          <w:tcPr>
            <w:tcW w:w="1469" w:type="dxa"/>
            <w:vAlign w:val="center"/>
          </w:tcPr>
          <w:p w14:paraId="00980726" w14:textId="77777777" w:rsidR="00A127F3" w:rsidRPr="003949BD" w:rsidRDefault="00A127F3" w:rsidP="009B71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7408" w:type="dxa"/>
            <w:vAlign w:val="center"/>
          </w:tcPr>
          <w:p w14:paraId="6356DD52" w14:textId="19D53432" w:rsidR="00A127F3" w:rsidRPr="003949BD" w:rsidRDefault="00A127F3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Mathematics - 7 Part - 1</w:t>
            </w:r>
          </w:p>
        </w:tc>
      </w:tr>
      <w:tr w:rsidR="00A127F3" w14:paraId="7D1BE264" w14:textId="77777777" w:rsidTr="009B7194">
        <w:trPr>
          <w:trHeight w:val="328"/>
          <w:jc w:val="center"/>
        </w:trPr>
        <w:tc>
          <w:tcPr>
            <w:tcW w:w="1469" w:type="dxa"/>
            <w:vAlign w:val="center"/>
          </w:tcPr>
          <w:p w14:paraId="369DC288" w14:textId="77777777" w:rsidR="00A127F3" w:rsidRPr="003949BD" w:rsidRDefault="00A127F3" w:rsidP="009B71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7408" w:type="dxa"/>
            <w:vAlign w:val="center"/>
          </w:tcPr>
          <w:p w14:paraId="5D3CB5EB" w14:textId="37B421D2" w:rsidR="00A127F3" w:rsidRPr="003949BD" w:rsidRDefault="00A127F3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Mathematics - 7 Part - 2</w:t>
            </w:r>
          </w:p>
        </w:tc>
      </w:tr>
      <w:tr w:rsidR="00A127F3" w14:paraId="16DDF232" w14:textId="77777777" w:rsidTr="009B7194">
        <w:trPr>
          <w:trHeight w:val="278"/>
          <w:jc w:val="center"/>
        </w:trPr>
        <w:tc>
          <w:tcPr>
            <w:tcW w:w="1469" w:type="dxa"/>
            <w:vAlign w:val="center"/>
          </w:tcPr>
          <w:p w14:paraId="31C9175B" w14:textId="77777777" w:rsidR="00A127F3" w:rsidRPr="003949BD" w:rsidRDefault="00A127F3" w:rsidP="009B71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7408" w:type="dxa"/>
            <w:vAlign w:val="center"/>
          </w:tcPr>
          <w:p w14:paraId="0A91CFCF" w14:textId="7A78BC04" w:rsidR="00A127F3" w:rsidRPr="003949BD" w:rsidRDefault="00A127F3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Footprints Social Science - 7</w:t>
            </w:r>
          </w:p>
        </w:tc>
      </w:tr>
      <w:tr w:rsidR="00A127F3" w14:paraId="23283F9F" w14:textId="77777777" w:rsidTr="009B7194">
        <w:trPr>
          <w:trHeight w:val="302"/>
          <w:jc w:val="center"/>
        </w:trPr>
        <w:tc>
          <w:tcPr>
            <w:tcW w:w="1469" w:type="dxa"/>
            <w:vAlign w:val="center"/>
          </w:tcPr>
          <w:p w14:paraId="5BA13244" w14:textId="77777777" w:rsidR="00A127F3" w:rsidRPr="003949BD" w:rsidRDefault="00A127F3" w:rsidP="009B71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7408" w:type="dxa"/>
            <w:vAlign w:val="center"/>
          </w:tcPr>
          <w:p w14:paraId="52124D31" w14:textId="7861020E" w:rsidR="00A127F3" w:rsidRPr="003949BD" w:rsidRDefault="00A127F3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Seek Science - 7</w:t>
            </w:r>
          </w:p>
        </w:tc>
      </w:tr>
      <w:tr w:rsidR="00A127F3" w14:paraId="57E9E994" w14:textId="77777777" w:rsidTr="009B7194">
        <w:trPr>
          <w:trHeight w:val="302"/>
          <w:jc w:val="center"/>
        </w:trPr>
        <w:tc>
          <w:tcPr>
            <w:tcW w:w="1469" w:type="dxa"/>
            <w:vAlign w:val="center"/>
          </w:tcPr>
          <w:p w14:paraId="5A1D830A" w14:textId="77777777" w:rsidR="00A127F3" w:rsidRPr="003949BD" w:rsidRDefault="00A127F3" w:rsidP="009B71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7408" w:type="dxa"/>
            <w:vAlign w:val="center"/>
          </w:tcPr>
          <w:p w14:paraId="3938ED07" w14:textId="61194719" w:rsidR="00A127F3" w:rsidRPr="003949BD" w:rsidRDefault="00A127F3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Brainbot</w:t>
            </w:r>
            <w:proofErr w:type="spellEnd"/>
            <w:r w:rsidRPr="003949BD">
              <w:rPr>
                <w:rFonts w:ascii="Times New Roman" w:hAnsi="Times New Roman" w:cs="Times New Roman"/>
                <w:sz w:val="26"/>
                <w:szCs w:val="26"/>
              </w:rPr>
              <w:t xml:space="preserve"> 2.0 AI - 7</w:t>
            </w:r>
          </w:p>
        </w:tc>
      </w:tr>
      <w:tr w:rsidR="00A127F3" w14:paraId="334A9D83" w14:textId="77777777" w:rsidTr="009B7194">
        <w:trPr>
          <w:trHeight w:val="302"/>
          <w:jc w:val="center"/>
        </w:trPr>
        <w:tc>
          <w:tcPr>
            <w:tcW w:w="1469" w:type="dxa"/>
            <w:vAlign w:val="center"/>
          </w:tcPr>
          <w:p w14:paraId="43B2A9E8" w14:textId="77777777" w:rsidR="00A127F3" w:rsidRPr="003949BD" w:rsidRDefault="00A127F3" w:rsidP="009B71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7408" w:type="dxa"/>
            <w:vAlign w:val="center"/>
          </w:tcPr>
          <w:p w14:paraId="382D0CA3" w14:textId="3524E834" w:rsidR="00A127F3" w:rsidRPr="003949BD" w:rsidRDefault="00A127F3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949BD">
              <w:rPr>
                <w:rFonts w:ascii="Times New Roman" w:hAnsi="Times New Roman" w:cs="Times New Roman"/>
                <w:sz w:val="26"/>
                <w:szCs w:val="26"/>
              </w:rPr>
              <w:t xml:space="preserve">Brainvita </w:t>
            </w:r>
            <w:proofErr w:type="spellEnd"/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- 360 - 7</w:t>
            </w:r>
          </w:p>
        </w:tc>
      </w:tr>
      <w:tr w:rsidR="00A127F3" w14:paraId="3E802BDF" w14:textId="77777777" w:rsidTr="009B7194">
        <w:trPr>
          <w:trHeight w:val="302"/>
          <w:jc w:val="center"/>
        </w:trPr>
        <w:tc>
          <w:tcPr>
            <w:tcW w:w="1469" w:type="dxa"/>
            <w:vAlign w:val="center"/>
          </w:tcPr>
          <w:p w14:paraId="50896B54" w14:textId="77777777" w:rsidR="00A127F3" w:rsidRPr="003949BD" w:rsidRDefault="00A127F3" w:rsidP="009B71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7408" w:type="dxa"/>
            <w:vAlign w:val="center"/>
          </w:tcPr>
          <w:p w14:paraId="42E74CF5" w14:textId="526F35FF" w:rsidR="00A127F3" w:rsidRPr="003949BD" w:rsidRDefault="00A127F3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Moral Skills - 7</w:t>
            </w:r>
          </w:p>
        </w:tc>
      </w:tr>
    </w:tbl>
    <w:p w14:paraId="561FCDD2" w14:textId="77777777" w:rsidR="00A127F3" w:rsidRDefault="00A127F3"/>
    <w:p w14:paraId="1D27D9E4" w14:textId="77777777" w:rsidR="003949BD" w:rsidRPr="00A7167B" w:rsidRDefault="003949BD" w:rsidP="003949BD">
      <w:pPr>
        <w:jc w:val="center"/>
        <w:rPr>
          <w:sz w:val="32"/>
          <w:szCs w:val="32"/>
        </w:rPr>
      </w:pPr>
      <w:r w:rsidRPr="00A7167B">
        <w:rPr>
          <w:b/>
          <w:sz w:val="32"/>
          <w:szCs w:val="32"/>
        </w:rPr>
        <w:t>Class – VIII</w:t>
      </w:r>
    </w:p>
    <w:tbl>
      <w:tblPr>
        <w:tblStyle w:val="TableGrid"/>
        <w:tblW w:w="9045" w:type="dxa"/>
        <w:jc w:val="center"/>
        <w:tblLook w:val="04A0" w:firstRow="1" w:lastRow="0" w:firstColumn="1" w:lastColumn="0" w:noHBand="0" w:noVBand="1"/>
      </w:tblPr>
      <w:tblGrid>
        <w:gridCol w:w="1075"/>
        <w:gridCol w:w="7970"/>
      </w:tblGrid>
      <w:tr w:rsidR="003949BD" w14:paraId="0092B332" w14:textId="77777777" w:rsidTr="003949BD">
        <w:trPr>
          <w:trHeight w:val="255"/>
          <w:jc w:val="center"/>
        </w:trPr>
        <w:tc>
          <w:tcPr>
            <w:tcW w:w="1075" w:type="dxa"/>
            <w:vAlign w:val="center"/>
          </w:tcPr>
          <w:p w14:paraId="1CDEC92F" w14:textId="77777777" w:rsidR="003949BD" w:rsidRPr="003949BD" w:rsidRDefault="003949BD" w:rsidP="009B71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b/>
                <w:sz w:val="26"/>
                <w:szCs w:val="26"/>
              </w:rPr>
              <w:t>S. No.</w:t>
            </w:r>
          </w:p>
        </w:tc>
        <w:tc>
          <w:tcPr>
            <w:tcW w:w="7970" w:type="dxa"/>
            <w:vAlign w:val="center"/>
          </w:tcPr>
          <w:p w14:paraId="29D8E33F" w14:textId="042015BB" w:rsidR="003949BD" w:rsidRPr="003949BD" w:rsidRDefault="003949BD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b/>
                <w:sz w:val="26"/>
                <w:szCs w:val="26"/>
              </w:rPr>
              <w:t>Name of the Books</w:t>
            </w:r>
          </w:p>
        </w:tc>
      </w:tr>
      <w:tr w:rsidR="003949BD" w14:paraId="64DD9865" w14:textId="77777777" w:rsidTr="003949BD">
        <w:trPr>
          <w:trHeight w:val="255"/>
          <w:jc w:val="center"/>
        </w:trPr>
        <w:tc>
          <w:tcPr>
            <w:tcW w:w="1075" w:type="dxa"/>
            <w:vAlign w:val="center"/>
          </w:tcPr>
          <w:p w14:paraId="16F12756" w14:textId="77777777" w:rsidR="003949BD" w:rsidRPr="003949BD" w:rsidRDefault="003949BD" w:rsidP="009B71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970" w:type="dxa"/>
            <w:vAlign w:val="center"/>
          </w:tcPr>
          <w:p w14:paraId="3C7EBB20" w14:textId="4FE0F01C" w:rsidR="003949BD" w:rsidRPr="003949BD" w:rsidRDefault="003949BD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949BD">
              <w:rPr>
                <w:rFonts w:ascii="Times New Roman" w:hAnsi="Times New Roman" w:cs="Times New Roman"/>
                <w:sz w:val="26"/>
                <w:szCs w:val="26"/>
              </w:rPr>
              <w:t xml:space="preserve">Gulmohar </w:t>
            </w:r>
            <w:proofErr w:type="spellEnd"/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Reader - 8</w:t>
            </w:r>
          </w:p>
        </w:tc>
      </w:tr>
      <w:tr w:rsidR="003949BD" w14:paraId="129657A1" w14:textId="77777777" w:rsidTr="003949BD">
        <w:trPr>
          <w:trHeight w:val="255"/>
          <w:jc w:val="center"/>
        </w:trPr>
        <w:tc>
          <w:tcPr>
            <w:tcW w:w="1075" w:type="dxa"/>
            <w:vAlign w:val="center"/>
          </w:tcPr>
          <w:p w14:paraId="242C5414" w14:textId="77777777" w:rsidR="003949BD" w:rsidRPr="003949BD" w:rsidRDefault="003949BD" w:rsidP="009B71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7970" w:type="dxa"/>
            <w:vAlign w:val="center"/>
          </w:tcPr>
          <w:p w14:paraId="53A240A2" w14:textId="3A57191E" w:rsidR="003949BD" w:rsidRPr="003949BD" w:rsidRDefault="003949BD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Mission Grammar - 8</w:t>
            </w:r>
          </w:p>
        </w:tc>
      </w:tr>
      <w:tr w:rsidR="003949BD" w14:paraId="1D787E86" w14:textId="77777777" w:rsidTr="003949BD">
        <w:trPr>
          <w:trHeight w:val="255"/>
          <w:jc w:val="center"/>
        </w:trPr>
        <w:tc>
          <w:tcPr>
            <w:tcW w:w="1075" w:type="dxa"/>
            <w:vAlign w:val="center"/>
          </w:tcPr>
          <w:p w14:paraId="2CAC679F" w14:textId="77777777" w:rsidR="003949BD" w:rsidRPr="003949BD" w:rsidRDefault="003949BD" w:rsidP="009B71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7970" w:type="dxa"/>
            <w:vAlign w:val="center"/>
          </w:tcPr>
          <w:p w14:paraId="6D101813" w14:textId="3280E4A4" w:rsidR="003949BD" w:rsidRPr="003949BD" w:rsidRDefault="003949BD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949BD">
              <w:rPr>
                <w:rFonts w:ascii="Times New Roman" w:hAnsi="Times New Roman" w:cs="Times New Roman"/>
                <w:sz w:val="26"/>
                <w:szCs w:val="26"/>
              </w:rPr>
              <w:t xml:space="preserve">Vatika </w:t>
            </w:r>
            <w:proofErr w:type="spellEnd"/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- 8</w:t>
            </w:r>
          </w:p>
        </w:tc>
      </w:tr>
      <w:tr w:rsidR="003949BD" w14:paraId="347EE0BC" w14:textId="77777777" w:rsidTr="003949BD">
        <w:trPr>
          <w:trHeight w:val="255"/>
          <w:jc w:val="center"/>
        </w:trPr>
        <w:tc>
          <w:tcPr>
            <w:tcW w:w="1075" w:type="dxa"/>
            <w:vAlign w:val="center"/>
          </w:tcPr>
          <w:p w14:paraId="329AAAA1" w14:textId="77777777" w:rsidR="003949BD" w:rsidRPr="003949BD" w:rsidRDefault="003949BD" w:rsidP="009B71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970" w:type="dxa"/>
            <w:vAlign w:val="center"/>
          </w:tcPr>
          <w:p w14:paraId="7290B50E" w14:textId="1A5A8B93" w:rsidR="003949BD" w:rsidRPr="003949BD" w:rsidRDefault="003949BD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949BD">
              <w:rPr>
                <w:rFonts w:ascii="Times New Roman" w:hAnsi="Times New Roman" w:cs="Times New Roman"/>
                <w:sz w:val="26"/>
                <w:szCs w:val="26"/>
              </w:rPr>
              <w:t xml:space="preserve">Vyakaran </w:t>
            </w:r>
            <w:proofErr w:type="spellEnd"/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Bharti - 8</w:t>
            </w:r>
          </w:p>
        </w:tc>
      </w:tr>
      <w:tr w:rsidR="003949BD" w14:paraId="6418AA60" w14:textId="77777777" w:rsidTr="003949BD">
        <w:trPr>
          <w:trHeight w:val="255"/>
          <w:jc w:val="center"/>
        </w:trPr>
        <w:tc>
          <w:tcPr>
            <w:tcW w:w="1075" w:type="dxa"/>
            <w:vAlign w:val="center"/>
          </w:tcPr>
          <w:p w14:paraId="02804F83" w14:textId="77777777" w:rsidR="003949BD" w:rsidRPr="003949BD" w:rsidRDefault="003949BD" w:rsidP="009B71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7970" w:type="dxa"/>
            <w:vAlign w:val="center"/>
          </w:tcPr>
          <w:p w14:paraId="0F770572" w14:textId="277D1FE5" w:rsidR="003949BD" w:rsidRPr="003949BD" w:rsidRDefault="003949BD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 xml:space="preserve">NCERT </w:t>
            </w:r>
            <w:proofErr w:type="spellStart"/>
            <w:r w:rsidRPr="003949BD">
              <w:rPr>
                <w:rFonts w:ascii="Times New Roman" w:hAnsi="Times New Roman" w:cs="Times New Roman"/>
                <w:sz w:val="26"/>
                <w:szCs w:val="26"/>
              </w:rPr>
              <w:t xml:space="preserve">Sanskrit </w:t>
            </w:r>
            <w:proofErr w:type="spellEnd"/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- 8</w:t>
            </w:r>
          </w:p>
        </w:tc>
      </w:tr>
      <w:tr w:rsidR="003949BD" w14:paraId="1DD44619" w14:textId="77777777" w:rsidTr="003949BD">
        <w:trPr>
          <w:trHeight w:val="276"/>
          <w:jc w:val="center"/>
        </w:trPr>
        <w:tc>
          <w:tcPr>
            <w:tcW w:w="1075" w:type="dxa"/>
            <w:vAlign w:val="center"/>
          </w:tcPr>
          <w:p w14:paraId="214D0C0E" w14:textId="77777777" w:rsidR="003949BD" w:rsidRPr="003949BD" w:rsidRDefault="003949BD" w:rsidP="009B71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7970" w:type="dxa"/>
            <w:vAlign w:val="center"/>
          </w:tcPr>
          <w:p w14:paraId="23D42D22" w14:textId="27C4A9A5" w:rsidR="003949BD" w:rsidRPr="003949BD" w:rsidRDefault="003949BD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Seek Science - 8</w:t>
            </w:r>
          </w:p>
        </w:tc>
      </w:tr>
      <w:tr w:rsidR="003949BD" w14:paraId="2B2EADD8" w14:textId="77777777" w:rsidTr="003949BD">
        <w:trPr>
          <w:trHeight w:val="255"/>
          <w:jc w:val="center"/>
        </w:trPr>
        <w:tc>
          <w:tcPr>
            <w:tcW w:w="1075" w:type="dxa"/>
            <w:vAlign w:val="center"/>
          </w:tcPr>
          <w:p w14:paraId="7391F144" w14:textId="77777777" w:rsidR="003949BD" w:rsidRPr="003949BD" w:rsidRDefault="003949BD" w:rsidP="009B71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7970" w:type="dxa"/>
            <w:vAlign w:val="center"/>
          </w:tcPr>
          <w:p w14:paraId="40E1A2C8" w14:textId="5857DCDB" w:rsidR="003949BD" w:rsidRPr="003949BD" w:rsidRDefault="003949BD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Mathematics - 8 Part - 1</w:t>
            </w:r>
          </w:p>
        </w:tc>
      </w:tr>
      <w:tr w:rsidR="003949BD" w14:paraId="00E475BC" w14:textId="77777777" w:rsidTr="003949BD">
        <w:trPr>
          <w:trHeight w:val="255"/>
          <w:jc w:val="center"/>
        </w:trPr>
        <w:tc>
          <w:tcPr>
            <w:tcW w:w="1075" w:type="dxa"/>
            <w:vAlign w:val="center"/>
          </w:tcPr>
          <w:p w14:paraId="38D0137B" w14:textId="77777777" w:rsidR="003949BD" w:rsidRPr="003949BD" w:rsidRDefault="003949BD" w:rsidP="009B71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7970" w:type="dxa"/>
            <w:vAlign w:val="center"/>
          </w:tcPr>
          <w:p w14:paraId="2188319F" w14:textId="759E61F7" w:rsidR="003949BD" w:rsidRPr="003949BD" w:rsidRDefault="003949BD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Mathematics - 8 Part - 2</w:t>
            </w:r>
          </w:p>
        </w:tc>
      </w:tr>
      <w:tr w:rsidR="003949BD" w14:paraId="48F99EE4" w14:textId="77777777" w:rsidTr="003949BD">
        <w:trPr>
          <w:trHeight w:val="255"/>
          <w:jc w:val="center"/>
        </w:trPr>
        <w:tc>
          <w:tcPr>
            <w:tcW w:w="1075" w:type="dxa"/>
            <w:vAlign w:val="center"/>
          </w:tcPr>
          <w:p w14:paraId="57856006" w14:textId="77777777" w:rsidR="003949BD" w:rsidRPr="003949BD" w:rsidRDefault="003949BD" w:rsidP="009B71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7970" w:type="dxa"/>
            <w:vAlign w:val="center"/>
          </w:tcPr>
          <w:p w14:paraId="32C19EE6" w14:textId="0E1A801E" w:rsidR="003949BD" w:rsidRPr="003949BD" w:rsidRDefault="003949BD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Brainbot</w:t>
            </w:r>
            <w:proofErr w:type="spellEnd"/>
            <w:r w:rsidRPr="003949BD">
              <w:rPr>
                <w:rFonts w:ascii="Times New Roman" w:hAnsi="Times New Roman" w:cs="Times New Roman"/>
                <w:sz w:val="26"/>
                <w:szCs w:val="26"/>
              </w:rPr>
              <w:t xml:space="preserve"> 2.0 AI - 8</w:t>
            </w:r>
          </w:p>
        </w:tc>
      </w:tr>
      <w:tr w:rsidR="003949BD" w14:paraId="08194646" w14:textId="77777777" w:rsidTr="003949BD">
        <w:trPr>
          <w:trHeight w:val="255"/>
          <w:jc w:val="center"/>
        </w:trPr>
        <w:tc>
          <w:tcPr>
            <w:tcW w:w="1075" w:type="dxa"/>
            <w:vAlign w:val="center"/>
          </w:tcPr>
          <w:p w14:paraId="2B5179A8" w14:textId="77777777" w:rsidR="003949BD" w:rsidRPr="003949BD" w:rsidRDefault="003949BD" w:rsidP="009B71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7970" w:type="dxa"/>
            <w:vAlign w:val="center"/>
          </w:tcPr>
          <w:p w14:paraId="6FB4D9ED" w14:textId="77E7BAC1" w:rsidR="003949BD" w:rsidRPr="003949BD" w:rsidRDefault="003949BD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949BD">
              <w:rPr>
                <w:rFonts w:ascii="Times New Roman" w:hAnsi="Times New Roman" w:cs="Times New Roman"/>
                <w:sz w:val="26"/>
                <w:szCs w:val="26"/>
              </w:rPr>
              <w:t xml:space="preserve">Brainvita </w:t>
            </w:r>
            <w:proofErr w:type="spellEnd"/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- G.K. - 8</w:t>
            </w:r>
          </w:p>
        </w:tc>
      </w:tr>
      <w:tr w:rsidR="003949BD" w14:paraId="2B75F87E" w14:textId="77777777" w:rsidTr="003949BD">
        <w:trPr>
          <w:trHeight w:val="255"/>
          <w:jc w:val="center"/>
        </w:trPr>
        <w:tc>
          <w:tcPr>
            <w:tcW w:w="1075" w:type="dxa"/>
            <w:vAlign w:val="center"/>
          </w:tcPr>
          <w:p w14:paraId="4CA99191" w14:textId="77777777" w:rsidR="003949BD" w:rsidRPr="003949BD" w:rsidRDefault="003949BD" w:rsidP="009B71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11</w:t>
            </w:r>
          </w:p>
        </w:tc>
        <w:tc>
          <w:tcPr>
            <w:tcW w:w="7970" w:type="dxa"/>
            <w:vAlign w:val="center"/>
          </w:tcPr>
          <w:p w14:paraId="204252FA" w14:textId="5ABA2805" w:rsidR="003949BD" w:rsidRPr="003949BD" w:rsidRDefault="003949BD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Moral Skills - 8</w:t>
            </w:r>
          </w:p>
        </w:tc>
      </w:tr>
      <w:tr w:rsidR="003949BD" w14:paraId="79ABEC70" w14:textId="77777777" w:rsidTr="003949BD">
        <w:trPr>
          <w:trHeight w:val="234"/>
          <w:jc w:val="center"/>
        </w:trPr>
        <w:tc>
          <w:tcPr>
            <w:tcW w:w="1075" w:type="dxa"/>
            <w:vAlign w:val="center"/>
          </w:tcPr>
          <w:p w14:paraId="67CAD209" w14:textId="77777777" w:rsidR="003949BD" w:rsidRPr="003949BD" w:rsidRDefault="003949BD" w:rsidP="009B719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7970" w:type="dxa"/>
            <w:vAlign w:val="center"/>
          </w:tcPr>
          <w:p w14:paraId="6AE8A26C" w14:textId="270B290D" w:rsidR="003949BD" w:rsidRPr="003949BD" w:rsidRDefault="003949BD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Yes</w:t>
            </w:r>
            <w:proofErr w:type="gramEnd"/>
            <w:r w:rsidRPr="003949BD">
              <w:rPr>
                <w:rFonts w:ascii="Times New Roman" w:hAnsi="Times New Roman" w:cs="Times New Roman"/>
                <w:sz w:val="26"/>
                <w:szCs w:val="26"/>
              </w:rPr>
              <w:t xml:space="preserve"> Social Science - 8</w:t>
            </w:r>
          </w:p>
        </w:tc>
      </w:tr>
    </w:tbl>
    <w:p w14:paraId="539A7168" w14:textId="57C17ADC" w:rsidR="003949BD" w:rsidRDefault="003949BD"/>
    <w:p w14:paraId="34932E1A" w14:textId="0D5C6FAB" w:rsidR="00866003" w:rsidRDefault="00866003"/>
    <w:p w14:paraId="35D98264" w14:textId="0D3596C0" w:rsidR="00866003" w:rsidRPr="00A7167B" w:rsidRDefault="00866003" w:rsidP="00866003">
      <w:pPr>
        <w:jc w:val="center"/>
        <w:rPr>
          <w:sz w:val="32"/>
          <w:szCs w:val="32"/>
        </w:rPr>
      </w:pPr>
      <w:r w:rsidRPr="00A7167B">
        <w:rPr>
          <w:b/>
          <w:sz w:val="32"/>
          <w:szCs w:val="32"/>
        </w:rPr>
        <w:t>Class – I</w:t>
      </w:r>
      <w:r w:rsidR="00B42D1A" w:rsidRPr="00A7167B">
        <w:rPr>
          <w:b/>
          <w:sz w:val="32"/>
          <w:szCs w:val="32"/>
        </w:rPr>
        <w:t>X</w:t>
      </w:r>
    </w:p>
    <w:tbl>
      <w:tblPr>
        <w:tblStyle w:val="TableGrid"/>
        <w:tblW w:w="9045" w:type="dxa"/>
        <w:jc w:val="center"/>
        <w:tblLook w:val="04A0" w:firstRow="1" w:lastRow="0" w:firstColumn="1" w:lastColumn="0" w:noHBand="0" w:noVBand="1"/>
      </w:tblPr>
      <w:tblGrid>
        <w:gridCol w:w="1075"/>
        <w:gridCol w:w="7970"/>
      </w:tblGrid>
      <w:tr w:rsidR="00866003" w14:paraId="2CBE8B9B" w14:textId="77777777" w:rsidTr="00D35B2C">
        <w:trPr>
          <w:trHeight w:val="255"/>
          <w:jc w:val="center"/>
        </w:trPr>
        <w:tc>
          <w:tcPr>
            <w:tcW w:w="1075" w:type="dxa"/>
            <w:vAlign w:val="center"/>
          </w:tcPr>
          <w:p w14:paraId="746C0ED1" w14:textId="77777777" w:rsidR="00866003" w:rsidRPr="003949BD" w:rsidRDefault="00866003" w:rsidP="00D35B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b/>
                <w:sz w:val="26"/>
                <w:szCs w:val="26"/>
              </w:rPr>
              <w:t>S. No.</w:t>
            </w:r>
          </w:p>
        </w:tc>
        <w:tc>
          <w:tcPr>
            <w:tcW w:w="7970" w:type="dxa"/>
            <w:vAlign w:val="center"/>
          </w:tcPr>
          <w:p w14:paraId="7081559E" w14:textId="46721339" w:rsidR="00866003" w:rsidRPr="003949BD" w:rsidRDefault="00866003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b/>
                <w:sz w:val="26"/>
                <w:szCs w:val="26"/>
              </w:rPr>
              <w:t>Name of the Books</w:t>
            </w:r>
          </w:p>
        </w:tc>
      </w:tr>
      <w:tr w:rsidR="00866003" w14:paraId="40963663" w14:textId="77777777" w:rsidTr="00D35B2C">
        <w:trPr>
          <w:trHeight w:val="255"/>
          <w:jc w:val="center"/>
        </w:trPr>
        <w:tc>
          <w:tcPr>
            <w:tcW w:w="1075" w:type="dxa"/>
            <w:vAlign w:val="center"/>
          </w:tcPr>
          <w:p w14:paraId="24FE80DE" w14:textId="77777777" w:rsidR="00866003" w:rsidRPr="003949BD" w:rsidRDefault="00866003" w:rsidP="00D35B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970" w:type="dxa"/>
            <w:vAlign w:val="center"/>
          </w:tcPr>
          <w:p w14:paraId="52A28A08" w14:textId="61758B1C" w:rsidR="00866003" w:rsidRPr="003949BD" w:rsidRDefault="00866003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Kaveri </w:t>
            </w:r>
            <w:r w:rsidR="00B42D1A">
              <w:rPr>
                <w:rFonts w:ascii="Times New Roman" w:hAnsi="Times New Roman" w:cs="Times New Roman"/>
                <w:sz w:val="26"/>
                <w:szCs w:val="26"/>
              </w:rPr>
              <w:t>English</w:t>
            </w:r>
            <w:r w:rsidR="00800C84">
              <w:rPr>
                <w:rFonts w:ascii="Times New Roman" w:hAnsi="Times New Roman" w:cs="Times New Roman"/>
                <w:sz w:val="26"/>
                <w:szCs w:val="26"/>
              </w:rPr>
              <w:t xml:space="preserve"> -1</w:t>
            </w:r>
          </w:p>
        </w:tc>
      </w:tr>
      <w:tr w:rsidR="00866003" w14:paraId="39765203" w14:textId="77777777" w:rsidTr="00D35B2C">
        <w:trPr>
          <w:trHeight w:val="255"/>
          <w:jc w:val="center"/>
        </w:trPr>
        <w:tc>
          <w:tcPr>
            <w:tcW w:w="1075" w:type="dxa"/>
            <w:vAlign w:val="center"/>
          </w:tcPr>
          <w:p w14:paraId="5DB159DE" w14:textId="77777777" w:rsidR="00866003" w:rsidRPr="003949BD" w:rsidRDefault="00866003" w:rsidP="00D35B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7970" w:type="dxa"/>
            <w:vAlign w:val="center"/>
          </w:tcPr>
          <w:p w14:paraId="77D174AF" w14:textId="2C1CD705" w:rsidR="00866003" w:rsidRPr="003949BD" w:rsidRDefault="003D31CB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Ganga </w:t>
            </w:r>
            <w:r w:rsidR="00B42D1A">
              <w:rPr>
                <w:rFonts w:ascii="Times New Roman" w:hAnsi="Times New Roman" w:cs="Times New Roman"/>
                <w:sz w:val="26"/>
                <w:szCs w:val="26"/>
              </w:rPr>
              <w:t>Hindi</w:t>
            </w:r>
            <w:r w:rsidR="00800C84">
              <w:rPr>
                <w:rFonts w:ascii="Times New Roman" w:hAnsi="Times New Roman" w:cs="Times New Roman"/>
                <w:sz w:val="26"/>
                <w:szCs w:val="26"/>
              </w:rPr>
              <w:t xml:space="preserve"> -1</w:t>
            </w:r>
          </w:p>
        </w:tc>
      </w:tr>
      <w:tr w:rsidR="00866003" w14:paraId="64852C6F" w14:textId="77777777" w:rsidTr="00D35B2C">
        <w:trPr>
          <w:trHeight w:val="255"/>
          <w:jc w:val="center"/>
        </w:trPr>
        <w:tc>
          <w:tcPr>
            <w:tcW w:w="1075" w:type="dxa"/>
            <w:vAlign w:val="center"/>
          </w:tcPr>
          <w:p w14:paraId="0B35216C" w14:textId="77777777" w:rsidR="00866003" w:rsidRPr="003949BD" w:rsidRDefault="00866003" w:rsidP="00D35B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7970" w:type="dxa"/>
            <w:vAlign w:val="center"/>
          </w:tcPr>
          <w:p w14:paraId="104FE808" w14:textId="6C804F62" w:rsidR="00866003" w:rsidRPr="003949BD" w:rsidRDefault="003D31CB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Sharda </w:t>
            </w:r>
            <w:r w:rsidR="00B42D1A">
              <w:rPr>
                <w:rFonts w:ascii="Times New Roman" w:hAnsi="Times New Roman" w:cs="Times New Roman"/>
                <w:sz w:val="26"/>
                <w:szCs w:val="26"/>
              </w:rPr>
              <w:t>Sanskrit</w:t>
            </w:r>
            <w:r w:rsidR="00800C84">
              <w:rPr>
                <w:rFonts w:ascii="Times New Roman" w:hAnsi="Times New Roman" w:cs="Times New Roman"/>
                <w:sz w:val="26"/>
                <w:szCs w:val="26"/>
              </w:rPr>
              <w:t xml:space="preserve"> -1</w:t>
            </w:r>
          </w:p>
        </w:tc>
      </w:tr>
      <w:tr w:rsidR="00866003" w14:paraId="56098E3E" w14:textId="77777777" w:rsidTr="00D35B2C">
        <w:trPr>
          <w:trHeight w:val="255"/>
          <w:jc w:val="center"/>
        </w:trPr>
        <w:tc>
          <w:tcPr>
            <w:tcW w:w="1075" w:type="dxa"/>
            <w:vAlign w:val="center"/>
          </w:tcPr>
          <w:p w14:paraId="64067AA2" w14:textId="77777777" w:rsidR="00866003" w:rsidRPr="003949BD" w:rsidRDefault="00866003" w:rsidP="00D35B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970" w:type="dxa"/>
            <w:vAlign w:val="center"/>
          </w:tcPr>
          <w:p w14:paraId="679B90A9" w14:textId="14B8B4CF" w:rsidR="00866003" w:rsidRPr="003949BD" w:rsidRDefault="003D31CB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Understanding Society India &amp; Beyond -1</w:t>
            </w:r>
          </w:p>
        </w:tc>
      </w:tr>
      <w:tr w:rsidR="00866003" w14:paraId="6352ABCC" w14:textId="77777777" w:rsidTr="00D35B2C">
        <w:trPr>
          <w:trHeight w:val="255"/>
          <w:jc w:val="center"/>
        </w:trPr>
        <w:tc>
          <w:tcPr>
            <w:tcW w:w="1075" w:type="dxa"/>
            <w:vAlign w:val="center"/>
          </w:tcPr>
          <w:p w14:paraId="47A2BB1D" w14:textId="77777777" w:rsidR="00866003" w:rsidRPr="003949BD" w:rsidRDefault="00866003" w:rsidP="00D35B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7970" w:type="dxa"/>
            <w:vAlign w:val="center"/>
          </w:tcPr>
          <w:p w14:paraId="48F1122A" w14:textId="4FC99CC8" w:rsidR="00866003" w:rsidRPr="003949BD" w:rsidRDefault="003D31CB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Understanding Society India &amp; Beyond -2</w:t>
            </w:r>
          </w:p>
        </w:tc>
      </w:tr>
      <w:tr w:rsidR="00866003" w14:paraId="4C13663E" w14:textId="77777777" w:rsidTr="00D35B2C">
        <w:trPr>
          <w:trHeight w:val="276"/>
          <w:jc w:val="center"/>
        </w:trPr>
        <w:tc>
          <w:tcPr>
            <w:tcW w:w="1075" w:type="dxa"/>
            <w:vAlign w:val="center"/>
          </w:tcPr>
          <w:p w14:paraId="7595A971" w14:textId="77777777" w:rsidR="00866003" w:rsidRPr="003949BD" w:rsidRDefault="00866003" w:rsidP="00D35B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7970" w:type="dxa"/>
            <w:vAlign w:val="center"/>
          </w:tcPr>
          <w:p w14:paraId="09924951" w14:textId="7D9039FC" w:rsidR="00866003" w:rsidRPr="003949BD" w:rsidRDefault="003D31CB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Artificial Intelligence</w:t>
            </w:r>
            <w:r w:rsidR="00B42D1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00C84">
              <w:rPr>
                <w:rFonts w:ascii="Times New Roman" w:hAnsi="Times New Roman" w:cs="Times New Roman"/>
                <w:sz w:val="26"/>
                <w:szCs w:val="26"/>
              </w:rPr>
              <w:t>-1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866003" w14:paraId="4CE2BB18" w14:textId="77777777" w:rsidTr="00D35B2C">
        <w:trPr>
          <w:trHeight w:val="255"/>
          <w:jc w:val="center"/>
        </w:trPr>
        <w:tc>
          <w:tcPr>
            <w:tcW w:w="1075" w:type="dxa"/>
            <w:vAlign w:val="center"/>
          </w:tcPr>
          <w:p w14:paraId="1F462CBF" w14:textId="77777777" w:rsidR="00866003" w:rsidRPr="003949BD" w:rsidRDefault="00866003" w:rsidP="00D35B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7970" w:type="dxa"/>
            <w:vAlign w:val="center"/>
          </w:tcPr>
          <w:p w14:paraId="622F5528" w14:textId="208DCA18" w:rsidR="00866003" w:rsidRPr="003949BD" w:rsidRDefault="009156B8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Exploration</w:t>
            </w:r>
            <w:r w:rsidR="00B42D1A">
              <w:rPr>
                <w:rFonts w:ascii="Times New Roman" w:hAnsi="Times New Roman" w:cs="Times New Roman"/>
                <w:sz w:val="26"/>
                <w:szCs w:val="26"/>
              </w:rPr>
              <w:t xml:space="preserve"> Science</w:t>
            </w:r>
            <w:r w:rsidR="00800C84">
              <w:rPr>
                <w:rFonts w:ascii="Times New Roman" w:hAnsi="Times New Roman" w:cs="Times New Roman"/>
                <w:sz w:val="26"/>
                <w:szCs w:val="26"/>
              </w:rPr>
              <w:t xml:space="preserve"> -1</w:t>
            </w:r>
          </w:p>
        </w:tc>
      </w:tr>
      <w:tr w:rsidR="00866003" w14:paraId="00954720" w14:textId="77777777" w:rsidTr="00D35B2C">
        <w:trPr>
          <w:trHeight w:val="255"/>
          <w:jc w:val="center"/>
        </w:trPr>
        <w:tc>
          <w:tcPr>
            <w:tcW w:w="1075" w:type="dxa"/>
            <w:vAlign w:val="center"/>
          </w:tcPr>
          <w:p w14:paraId="31306036" w14:textId="77777777" w:rsidR="00866003" w:rsidRPr="003949BD" w:rsidRDefault="00866003" w:rsidP="00D35B2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49BD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7970" w:type="dxa"/>
            <w:vAlign w:val="center"/>
          </w:tcPr>
          <w:p w14:paraId="27E7BEF3" w14:textId="31006EE0" w:rsidR="00866003" w:rsidRPr="003949BD" w:rsidRDefault="00B42D1A" w:rsidP="00D35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Ganita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Manjari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Maths</w:t>
            </w:r>
            <w:r w:rsidR="00800C84">
              <w:rPr>
                <w:rFonts w:ascii="Times New Roman" w:hAnsi="Times New Roman" w:cs="Times New Roman"/>
                <w:sz w:val="26"/>
                <w:szCs w:val="26"/>
              </w:rPr>
              <w:t xml:space="preserve"> -1</w:t>
            </w:r>
          </w:p>
        </w:tc>
      </w:tr>
    </w:tbl>
    <w:p w14:paraId="2E34ACE4" w14:textId="01C0B3BE" w:rsidR="00866003" w:rsidRDefault="00866003"/>
    <w:p w14:paraId="58BC275C" w14:textId="453EDC20" w:rsidR="00DD1699" w:rsidRDefault="00DD1699"/>
    <w:p w14:paraId="178F9118" w14:textId="77777777" w:rsidR="00DD1699" w:rsidRDefault="00DD1699"/>
    <w:p w14:paraId="55C6D69F" w14:textId="77777777" w:rsidR="00A7167B" w:rsidRDefault="00DD169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                    </w:t>
      </w:r>
    </w:p>
    <w:p w14:paraId="6C933EBA" w14:textId="41E8AA57" w:rsidR="00DD1699" w:rsidRPr="00DD1699" w:rsidRDefault="00A7167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</w:t>
      </w:r>
      <w:r w:rsidR="00DD1699">
        <w:rPr>
          <w:b/>
          <w:bCs/>
          <w:sz w:val="28"/>
          <w:szCs w:val="28"/>
        </w:rPr>
        <w:t xml:space="preserve"> </w:t>
      </w:r>
      <w:bookmarkStart w:id="0" w:name="_GoBack"/>
      <w:bookmarkEnd w:id="0"/>
    </w:p>
    <w:p w14:paraId="3BA84657" w14:textId="419F5C76" w:rsidR="00DD1699" w:rsidRDefault="00DD1699"/>
    <w:p w14:paraId="19AAE114" w14:textId="4B89774F" w:rsidR="00DD1699" w:rsidRDefault="00DD1699"/>
    <w:p w14:paraId="73B2F0A1" w14:textId="12A90568" w:rsidR="00DD1699" w:rsidRPr="00DD1699" w:rsidRDefault="00DD1699">
      <w:pPr>
        <w:rPr>
          <w:b/>
          <w:bCs/>
          <w:sz w:val="28"/>
          <w:szCs w:val="28"/>
        </w:rPr>
      </w:pPr>
      <w:r>
        <w:t xml:space="preserve">                                                                                                                                                    </w:t>
      </w:r>
      <w:r w:rsidRPr="00DD1699">
        <w:rPr>
          <w:b/>
          <w:bCs/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 xml:space="preserve">             </w:t>
      </w:r>
    </w:p>
    <w:sectPr w:rsidR="00DD1699" w:rsidRPr="00DD1699" w:rsidSect="009B7194">
      <w:pgSz w:w="12240" w:h="15840"/>
      <w:pgMar w:top="900" w:right="1800" w:bottom="108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73F1FC" w14:textId="77777777" w:rsidR="0094737C" w:rsidRDefault="0094737C" w:rsidP="000D1523">
      <w:pPr>
        <w:spacing w:after="0" w:line="240" w:lineRule="auto"/>
      </w:pPr>
      <w:r>
        <w:separator/>
      </w:r>
    </w:p>
  </w:endnote>
  <w:endnote w:type="continuationSeparator" w:id="0">
    <w:p w14:paraId="3A721B4C" w14:textId="77777777" w:rsidR="0094737C" w:rsidRDefault="0094737C" w:rsidP="000D1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AE8FEB" w14:textId="77777777" w:rsidR="0094737C" w:rsidRDefault="0094737C" w:rsidP="000D1523">
      <w:pPr>
        <w:spacing w:after="0" w:line="240" w:lineRule="auto"/>
      </w:pPr>
      <w:r>
        <w:separator/>
      </w:r>
    </w:p>
  </w:footnote>
  <w:footnote w:type="continuationSeparator" w:id="0">
    <w:p w14:paraId="0A570F79" w14:textId="77777777" w:rsidR="0094737C" w:rsidRDefault="0094737C" w:rsidP="000D15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6B13"/>
    <w:rsid w:val="000D1523"/>
    <w:rsid w:val="0015074B"/>
    <w:rsid w:val="001F0F48"/>
    <w:rsid w:val="00200B27"/>
    <w:rsid w:val="0029639D"/>
    <w:rsid w:val="00326F90"/>
    <w:rsid w:val="003949BD"/>
    <w:rsid w:val="003D31CB"/>
    <w:rsid w:val="004A08F9"/>
    <w:rsid w:val="006A4002"/>
    <w:rsid w:val="00800C84"/>
    <w:rsid w:val="00866003"/>
    <w:rsid w:val="009103F4"/>
    <w:rsid w:val="009156B8"/>
    <w:rsid w:val="0094737C"/>
    <w:rsid w:val="009B7194"/>
    <w:rsid w:val="00A127F3"/>
    <w:rsid w:val="00A21EE6"/>
    <w:rsid w:val="00A7167B"/>
    <w:rsid w:val="00AA1D8D"/>
    <w:rsid w:val="00AD6C2E"/>
    <w:rsid w:val="00B42D1A"/>
    <w:rsid w:val="00B47730"/>
    <w:rsid w:val="00C576D6"/>
    <w:rsid w:val="00CB0664"/>
    <w:rsid w:val="00DD1699"/>
    <w:rsid w:val="00E053F7"/>
    <w:rsid w:val="00E25D1A"/>
    <w:rsid w:val="00E51CA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E0A406"/>
  <w14:defaultImageDpi w14:val="300"/>
  <w15:docId w15:val="{CCABBA00-8793-4B0D-B737-115DE5CB4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38551EB-EF6B-4D21-A4B2-652E9F850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5</Pages>
  <Words>610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Lenovo</cp:lastModifiedBy>
  <cp:revision>12</cp:revision>
  <dcterms:created xsi:type="dcterms:W3CDTF">2026-09-23T08:23:00Z</dcterms:created>
  <dcterms:modified xsi:type="dcterms:W3CDTF">2026-09-25T02:47:00Z</dcterms:modified>
  <cp:category/>
</cp:coreProperties>
</file>